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jc w:val="center"/>
        <w:tblBorders>
          <w:top w:val="nil"/>
          <w:left w:val="nil"/>
          <w:bottom w:val="nil"/>
          <w:right w:val="nil"/>
          <w:insideH w:val="nil"/>
          <w:insideV w:val="nil"/>
        </w:tblBorders>
        <w:tblLayout w:type="fixed"/>
        <w:tblCellMar>
          <w:top w:w="50" w:type="dxa"/>
          <w:left w:w="90" w:type="dxa"/>
          <w:bottom w:w="50" w:type="dxa"/>
          <w:right w:w="90" w:type="dxa"/>
        </w:tblCellMar>
      </w:tblPr>
      <w:tblGrid>
        <w:gridCol w:w="6576"/>
        <w:gridCol w:w="340"/>
        <w:gridCol w:w="3288"/>
      </w:tblGrid>
      <w:tr>
        <w:trPr>
          <w:trHeight w:val="567"/>
        </w:trPr>
        <w:tc>
          <w:tcPr>
            <w:tcW w:type="dxa" w:w="6576"/>
            <w:vAlign w:val="bottom"/>
          </w:tcPr>
          <w:p>
            <w:r/>
            <w:r>
              <w:rPr>
                <w:b w:val="0"/>
                <w:sz w:val="40"/>
                <w:u w:val="none"/>
              </w:rPr>
              <w:t>Making Space Referral form</w:t>
            </w:r>
          </w:p>
        </w:tc>
        <w:tc>
          <w:tcPr>
            <w:tcW w:type="dxa" w:w="340"/>
          </w:tcPr>
          <w:p/>
        </w:tc>
        <w:tc>
          <w:tcPr>
            <w:tcW w:type="dxa" w:w="3288"/>
            <w:vAlign w:val="top"/>
            <w:tcBorders>
              <w:top w:val="single" w:sz="12" w:space="0" w:color="FF2D21"/>
              <w:left w:val="single" w:sz="12" w:space="0" w:color="FF2D21"/>
              <w:bottom w:val="single" w:sz="12" w:space="0" w:color="FF2D21"/>
              <w:right w:val="single" w:sz="12" w:space="0" w:color="FF2D21"/>
            </w:tcBorders>
          </w:tcPr>
          <w:p>
            <w:r/>
            <w:r>
              <w:rPr>
                <w:b w:val="0"/>
                <w:u w:val="none"/>
              </w:rPr>
              <w:t>Referral Submitted:</w:t>
            </w:r>
          </w:p>
        </w:tc>
      </w:tr>
    </w:tbl>
    <w:p>
      <w:pPr>
        <w:spacing w:line="120" w:lineRule="exact"/>
      </w:pPr>
      <w:r>
        <w:rPr>
          <w:sz w:val="12"/>
        </w:rPr>
      </w: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90" w:type="dxa"/>
          <w:bottom w:w="50" w:type="dxa"/>
          <w:right w:w="90" w:type="dxa"/>
        </w:tblCellMar>
      </w:tblPr>
      <w:tblGrid>
        <w:gridCol w:w="2041"/>
        <w:gridCol w:w="2041"/>
        <w:gridCol w:w="1020"/>
        <w:gridCol w:w="1134"/>
        <w:gridCol w:w="1616"/>
        <w:gridCol w:w="1134"/>
        <w:gridCol w:w="1219"/>
      </w:tblGrid>
      <w:tr>
        <w:trPr>
          <w:cantSplit/>
        </w:trPr>
        <w:tc>
          <w:tcPr>
            <w:tcW w:type="dxa" w:w="10205"/>
            <w:gridSpan w:val="7"/>
            <w:vAlign w:val="center"/>
            <w:shd w:val="clear" w:color="auto" w:fill="BFBFBF"/>
          </w:tcPr>
          <w:p>
            <w:r/>
            <w:r>
              <w:rPr>
                <w:b/>
                <w:u w:val="single"/>
              </w:rPr>
              <w:t>The client MUST be consenting to us visiting</w:t>
            </w:r>
          </w:p>
          <w:p/>
          <w:p>
            <w:r>
              <w:rPr>
                <w:b/>
                <w:u w:val="none"/>
              </w:rPr>
              <w:t>Making Space is a free, time-limited service for homeowners and private tenants living in Bristol, and for Bristol City Council tenants. The number of clients we can support each year is limited, and the length of support is agreed case by case.</w:t>
            </w:r>
          </w:p>
          <w:p/>
          <w:p>
            <w:r>
              <w:rPr>
                <w:b/>
                <w:u w:val="none"/>
              </w:rPr>
              <w:t>We request that referrers work in partnership with us to support the client in the process.</w:t>
            </w:r>
          </w:p>
          <w:p/>
          <w:p>
            <w:r>
              <w:rPr>
                <w:b/>
                <w:u w:val="none"/>
              </w:rPr>
              <w:t>Making Space does not sell items for clients or provide property clearance, cleaning or gardening services. We cannot work in homes where there is evidence of drug paraphernalia, such as needles, or an active infestation. If the condition of the home is extremely poor, please contact Environmental Health.</w:t>
            </w:r>
          </w:p>
          <w:p/>
          <w:p>
            <w:r>
              <w:rPr>
                <w:b/>
                <w:u w:val="none"/>
              </w:rPr>
              <w:t>We offer a person-centred service to people whose excessive clutter affects their home life and daily activities. The service runs at the client’s pace, with a set number of sessions based on their needs and motivation.</w:t>
            </w:r>
          </w:p>
          <w:p/>
          <w:p>
            <w:r>
              <w:rPr>
                <w:b/>
                <w:u w:val="none"/>
              </w:rPr>
              <w:t>We also have a free Support Group available in Bristol for anyone regardless of tenure.</w:t>
            </w:r>
          </w:p>
          <w:p/>
          <w:p>
            <w:r>
              <w:rPr>
                <w:b/>
                <w:u w:val="none"/>
              </w:rPr>
              <w:t xml:space="preserve">Please return to </w:t>
            </w:r>
            <w:hyperlink r:id="rId11">
              <w:r>
                <w:rPr>
                  <w:color w:val="0563C1"/>
                  <w:u w:val="single"/>
                  <w:b/>
                </w:rPr>
                <w:t xml:space="preserve">making.space@wecr.org.uk</w:t>
              </w:r>
            </w:hyperlink>
          </w:p>
        </w:tc>
      </w:tr>
      <w:tr>
        <w:trPr>
          <w:trHeight w:val="397" w:hRule="atLeast"/>
          <w:cantSplit/>
        </w:trPr>
        <w:tc>
          <w:tcPr>
            <w:tcW w:type="dxa" w:w="10205"/>
            <w:gridSpan w:val="7"/>
            <w:vAlign w:val="center"/>
          </w:tcPr>
          <w:p>
            <w:r/>
            <w:r>
              <w:rPr>
                <w:b/>
                <w:u w:val="none"/>
              </w:rPr>
              <w:t>Has the client agreed to this referral and consented to a Making Space home visit?</w:t>
            </w:r>
          </w:p>
        </w:tc>
      </w:tr>
      <w:tr>
        <w:trPr>
          <w:trHeight w:val="397" w:hRule="atLeast"/>
          <w:cantSplit/>
        </w:trPr>
        <w:tc>
          <w:tcPr>
            <w:tcW w:type="dxa" w:w="10205"/>
            <w:gridSpan w:val="7"/>
            <w:vAlign w:val="center"/>
            <w:shd w:val="clear" w:color="auto" w:fill="BFBFBF"/>
          </w:tcPr>
          <w:p>
            <w:r/>
            <w:r>
              <w:rPr>
                <w:b/>
                <w:u w:val="none"/>
              </w:rPr>
              <w:t>Client Details</w:t>
            </w:r>
          </w:p>
        </w:tc>
      </w:tr>
      <w:tr>
        <w:trPr>
          <w:trHeight w:val="539" w:hRule="atLeast"/>
          <w:cantSplit/>
        </w:trPr>
        <w:tc>
          <w:tcPr>
            <w:tcW w:type="dxa" w:w="2041"/>
            <w:vAlign w:val="center"/>
            <w:shd w:val="clear" w:color="auto" w:fill="B6D6E9"/>
          </w:tcPr>
          <w:p>
            <w:r/>
            <w:r>
              <w:rPr>
                <w:b w:val="0"/>
                <w:u w:val="none"/>
              </w:rPr>
              <w:t>Name</w:t>
            </w:r>
          </w:p>
        </w:tc>
        <w:tc>
          <w:tcPr>
            <w:tcW w:type="dxa" w:w="5811"/>
            <w:gridSpan w:val="4"/>
            <w:vAlign w:val="center"/>
          </w:tcPr>
          <w:p/>
        </w:tc>
        <w:tc>
          <w:tcPr>
            <w:tcW w:type="dxa" w:w="1134"/>
            <w:vAlign w:val="center"/>
            <w:shd w:val="clear" w:color="auto" w:fill="B6D6E9"/>
          </w:tcPr>
          <w:p>
            <w:r/>
            <w:r>
              <w:rPr>
                <w:b w:val="0"/>
                <w:u w:val="none"/>
              </w:rPr>
              <w:t>D.O.B</w:t>
            </w:r>
          </w:p>
        </w:tc>
        <w:tc>
          <w:tcPr>
            <w:tcW w:type="dxa" w:w="1219"/>
            <w:vAlign w:val="center"/>
          </w:tcPr>
          <w:p/>
        </w:tc>
      </w:tr>
      <w:tr>
        <w:trPr>
          <w:trHeight w:val="539" w:hRule="atLeast"/>
          <w:cantSplit/>
        </w:trPr>
        <w:tc>
          <w:tcPr>
            <w:tcW w:type="dxa" w:w="2041"/>
            <w:vAlign w:val="center"/>
            <w:shd w:val="clear" w:color="auto" w:fill="B6D6E9"/>
          </w:tcPr>
          <w:p>
            <w:r/>
            <w:r>
              <w:rPr>
                <w:b w:val="0"/>
                <w:u w:val="none"/>
              </w:rPr>
              <w:t>Address</w:t>
            </w:r>
          </w:p>
        </w:tc>
        <w:tc>
          <w:tcPr>
            <w:tcW w:type="dxa" w:w="5811"/>
            <w:gridSpan w:val="4"/>
            <w:vAlign w:val="center"/>
          </w:tcPr>
          <w:p/>
        </w:tc>
        <w:tc>
          <w:tcPr>
            <w:tcW w:type="dxa" w:w="1134"/>
            <w:vAlign w:val="center"/>
            <w:shd w:val="clear" w:color="auto" w:fill="B6D6E9"/>
          </w:tcPr>
          <w:p>
            <w:r/>
            <w:r>
              <w:rPr>
                <w:b w:val="0"/>
                <w:u w:val="none"/>
              </w:rPr>
              <w:t>Post Code</w:t>
            </w:r>
          </w:p>
        </w:tc>
        <w:tc>
          <w:tcPr>
            <w:tcW w:type="dxa" w:w="1219"/>
            <w:vAlign w:val="center"/>
          </w:tcPr>
          <w:p/>
        </w:tc>
      </w:tr>
      <w:tr>
        <w:trPr>
          <w:trHeight w:val="539" w:hRule="atLeast"/>
          <w:cantSplit/>
        </w:trPr>
        <w:tc>
          <w:tcPr>
            <w:tcW w:type="dxa" w:w="2041"/>
            <w:vAlign w:val="center"/>
            <w:shd w:val="clear" w:color="auto" w:fill="B6D6E9"/>
          </w:tcPr>
          <w:p>
            <w:r/>
            <w:r>
              <w:rPr>
                <w:b w:val="0"/>
                <w:u w:val="none"/>
              </w:rPr>
              <w:t>Telephone</w:t>
            </w:r>
          </w:p>
        </w:tc>
        <w:tc>
          <w:tcPr>
            <w:tcW w:type="dxa" w:w="3061"/>
            <w:gridSpan w:val="2"/>
            <w:vAlign w:val="center"/>
          </w:tcPr>
          <w:p/>
        </w:tc>
        <w:tc>
          <w:tcPr>
            <w:tcW w:type="dxa" w:w="1134"/>
            <w:vAlign w:val="center"/>
            <w:shd w:val="clear" w:color="auto" w:fill="B6D6E9"/>
          </w:tcPr>
          <w:p>
            <w:r/>
            <w:r>
              <w:rPr>
                <w:b w:val="0"/>
                <w:u w:val="none"/>
              </w:rPr>
              <w:t>Email</w:t>
            </w:r>
          </w:p>
        </w:tc>
        <w:tc>
          <w:tcPr>
            <w:tcW w:type="dxa" w:w="3969"/>
            <w:gridSpan w:val="3"/>
            <w:vAlign w:val="center"/>
          </w:tcPr>
          <w:p/>
        </w:tc>
      </w:tr>
      <w:tr>
        <w:trPr>
          <w:trHeight w:val="709" w:hRule="atLeast"/>
          <w:cantSplit/>
        </w:trPr>
        <w:tc>
          <w:tcPr>
            <w:tcW w:type="dxa" w:w="5102"/>
            <w:gridSpan w:val="3"/>
            <w:vAlign w:val="center"/>
            <w:shd w:val="clear" w:color="auto" w:fill="B6D6E9"/>
          </w:tcPr>
          <w:p>
            <w:r/>
            <w:r>
              <w:rPr>
                <w:b w:val="0"/>
                <w:u w:val="none"/>
              </w:rPr>
              <w:t>Are there any cultural, religious, ethnicity-related or gender-related considerations that Making Space should take into account when supporting the client?</w:t>
            </w:r>
          </w:p>
        </w:tc>
        <w:tc>
          <w:tcPr>
            <w:tcW w:type="dxa" w:w="5103"/>
            <w:gridSpan w:val="4"/>
            <w:vAlign w:val="center"/>
          </w:tcPr>
          <w:p/>
        </w:tc>
      </w:tr>
      <w:tr>
        <w:trPr>
          <w:trHeight w:val="539" w:hRule="atLeast"/>
          <w:cantSplit/>
        </w:trPr>
        <w:tc>
          <w:tcPr>
            <w:tcW w:type="dxa" w:w="5102"/>
            <w:gridSpan w:val="3"/>
            <w:vAlign w:val="center"/>
            <w:shd w:val="clear" w:color="auto" w:fill="B6D6E9"/>
          </w:tcPr>
          <w:p>
            <w:r/>
            <w:r>
              <w:rPr>
                <w:b w:val="0"/>
                <w:u w:val="none"/>
              </w:rPr>
              <w:t>Other people in the home? Please give details</w:t>
            </w:r>
          </w:p>
        </w:tc>
        <w:tc>
          <w:tcPr>
            <w:tcW w:type="dxa" w:w="5103"/>
            <w:gridSpan w:val="4"/>
            <w:vAlign w:val="center"/>
          </w:tcPr>
          <w:p/>
        </w:tc>
      </w:tr>
      <w:tr>
        <w:trPr>
          <w:trHeight w:val="539" w:hRule="atLeast"/>
          <w:cantSplit/>
        </w:trPr>
        <w:tc>
          <w:tcPr>
            <w:tcW w:type="dxa" w:w="5102"/>
            <w:gridSpan w:val="3"/>
            <w:vAlign w:val="center"/>
            <w:shd w:val="clear" w:color="auto" w:fill="B6D6E9"/>
          </w:tcPr>
          <w:p>
            <w:r/>
            <w:r>
              <w:rPr>
                <w:b w:val="0"/>
                <w:u w:val="none"/>
              </w:rPr>
              <w:t>Does the client need any support with communication?</w:t>
            </w:r>
          </w:p>
        </w:tc>
        <w:tc>
          <w:tcPr>
            <w:tcW w:type="dxa" w:w="5103"/>
            <w:gridSpan w:val="4"/>
            <w:vAlign w:val="center"/>
          </w:tcPr>
          <w:p/>
        </w:tc>
      </w:tr>
      <w:tr>
        <w:trPr>
          <w:trHeight w:val="709" w:hRule="atLeast"/>
          <w:cantSplit/>
        </w:trPr>
        <w:tc>
          <w:tcPr>
            <w:tcW w:type="dxa" w:w="5102"/>
            <w:gridSpan w:val="3"/>
            <w:vAlign w:val="center"/>
            <w:shd w:val="clear" w:color="auto" w:fill="B6D6E9"/>
          </w:tcPr>
          <w:p>
            <w:r/>
            <w:r>
              <w:rPr>
                <w:b w:val="0"/>
                <w:u w:val="none"/>
              </w:rPr>
              <w:t>Are there any safeguarding concerns relating to an adult or child? If yes, describe the concern, any immediate risk and any action already taken.</w:t>
            </w:r>
          </w:p>
        </w:tc>
        <w:tc>
          <w:tcPr>
            <w:tcW w:type="dxa" w:w="5103"/>
            <w:gridSpan w:val="4"/>
            <w:vAlign w:val="center"/>
          </w:tcPr>
          <w:p/>
        </w:tc>
      </w:tr>
      <w:tr>
        <w:trPr>
          <w:trHeight w:val="539" w:hRule="atLeast"/>
          <w:cantSplit/>
        </w:trPr>
        <w:tc>
          <w:tcPr>
            <w:tcW w:type="dxa" w:w="5102"/>
            <w:gridSpan w:val="3"/>
            <w:vAlign w:val="center"/>
            <w:shd w:val="clear" w:color="auto" w:fill="B6D6E9"/>
          </w:tcPr>
          <w:p>
            <w:r/>
            <w:r>
              <w:rPr>
                <w:b w:val="0"/>
                <w:u w:val="none"/>
              </w:rPr>
              <w:t>Are you able to pay for this service?</w:t>
            </w:r>
          </w:p>
        </w:tc>
        <w:tc>
          <w:tcPr>
            <w:tcW w:type="dxa" w:w="5103"/>
            <w:gridSpan w:val="4"/>
            <w:vAlign w:val="center"/>
          </w:tcPr>
          <w:p/>
        </w:tc>
      </w:tr>
      <w:tr>
        <w:trPr>
          <w:trHeight w:val="397" w:hRule="atLeast"/>
          <w:cantSplit/>
        </w:trPr>
        <w:tc>
          <w:tcPr>
            <w:tcW w:type="dxa" w:w="10205"/>
            <w:gridSpan w:val="7"/>
            <w:vAlign w:val="center"/>
          </w:tcPr>
          <w:p>
            <w:r/>
            <w:r>
              <w:rPr>
                <w:b/>
                <w:u w:val="none"/>
              </w:rPr>
              <w:t>Referrer Details (if not a self-referral)</w:t>
            </w:r>
          </w:p>
        </w:tc>
      </w:tr>
      <w:tr>
        <w:trPr>
          <w:trHeight w:val="454" w:hRule="atLeast"/>
          <w:cantSplit/>
        </w:trPr>
        <w:tc>
          <w:tcPr>
            <w:tcW w:type="dxa" w:w="4082"/>
            <w:gridSpan w:val="2"/>
            <w:vAlign w:val="center"/>
            <w:shd w:val="clear" w:color="auto" w:fill="B6D6E9"/>
          </w:tcPr>
          <w:p>
            <w:r/>
            <w:r>
              <w:rPr>
                <w:b w:val="0"/>
                <w:u w:val="none"/>
              </w:rPr>
              <w:t>Name of referrer &amp; Job title</w:t>
            </w:r>
          </w:p>
        </w:tc>
        <w:tc>
          <w:tcPr>
            <w:tcW w:type="dxa" w:w="6123"/>
            <w:gridSpan w:val="5"/>
            <w:vAlign w:val="center"/>
          </w:tcPr>
          <w:p/>
        </w:tc>
      </w:tr>
      <w:tr>
        <w:trPr>
          <w:trHeight w:val="454" w:hRule="atLeast"/>
          <w:cantSplit/>
        </w:trPr>
        <w:tc>
          <w:tcPr>
            <w:tcW w:type="dxa" w:w="4082"/>
            <w:gridSpan w:val="2"/>
            <w:vAlign w:val="center"/>
            <w:shd w:val="clear" w:color="auto" w:fill="B6D6E9"/>
          </w:tcPr>
          <w:p>
            <w:r/>
            <w:r>
              <w:rPr>
                <w:b w:val="0"/>
                <w:u w:val="none"/>
              </w:rPr>
              <w:t>Telephone</w:t>
            </w:r>
          </w:p>
        </w:tc>
        <w:tc>
          <w:tcPr>
            <w:tcW w:type="dxa" w:w="6123"/>
            <w:gridSpan w:val="5"/>
            <w:vAlign w:val="center"/>
          </w:tcPr>
          <w:p/>
        </w:tc>
      </w:tr>
      <w:tr>
        <w:trPr>
          <w:trHeight w:val="454" w:hRule="atLeast"/>
          <w:cantSplit/>
        </w:trPr>
        <w:tc>
          <w:tcPr>
            <w:tcW w:type="dxa" w:w="4082"/>
            <w:gridSpan w:val="2"/>
            <w:vAlign w:val="center"/>
            <w:shd w:val="clear" w:color="auto" w:fill="B6D6E9"/>
          </w:tcPr>
          <w:p>
            <w:r/>
            <w:r>
              <w:rPr>
                <w:b w:val="0"/>
                <w:u w:val="none"/>
              </w:rPr>
              <w:t>Email</w:t>
            </w:r>
          </w:p>
        </w:tc>
        <w:tc>
          <w:tcPr>
            <w:tcW w:type="dxa" w:w="6123"/>
            <w:gridSpan w:val="5"/>
            <w:vAlign w:val="center"/>
          </w:tcPr>
          <w:p/>
        </w:tc>
      </w:tr>
    </w:tbl>
    <w:p>
      <w:pPr>
        <w:spacing w:line="20" w:lineRule="exact"/>
      </w:pPr>
      <w:r>
        <w:rPr>
          <w:sz w:val="2"/>
        </w:rPr>
      </w:r>
    </w:p>
    <w:p>
      <w:pPr>
        <w:spacing w:line="20" w:lineRule="exact"/>
      </w:pPr>
      <w:r>
        <w:br w:type="page"/>
      </w: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90" w:type="dxa"/>
          <w:bottom w:w="50" w:type="dxa"/>
          <w:right w:w="90" w:type="dxa"/>
        </w:tblCellMar>
      </w:tblPr>
      <w:tblGrid>
        <w:gridCol w:w="2353"/>
        <w:gridCol w:w="1729"/>
        <w:gridCol w:w="1729"/>
        <w:gridCol w:w="850"/>
        <w:gridCol w:w="1332"/>
        <w:gridCol w:w="2211"/>
      </w:tblGrid>
      <w:tr>
        <w:trPr>
          <w:cantSplit/>
        </w:trPr>
        <w:tc>
          <w:tcPr>
            <w:tcW w:type="dxa" w:w="10204"/>
            <w:gridSpan w:val="6"/>
            <w:vAlign w:val="center"/>
            <w:shd w:val="clear" w:color="auto" w:fill="BFBFBF"/>
          </w:tcPr>
          <w:p>
            <w:r/>
            <w:r>
              <w:rPr>
                <w:b w:val="0"/>
                <w:u w:val="none"/>
              </w:rPr>
              <w:t>Making Space requires a link person who can act as a regular point of contact during the client’s sessions. This person may support the initial introduction, help arrange access to the property and take part in review meetings. If the link person is not the referrer, provide their details below:</w:t>
            </w:r>
          </w:p>
        </w:tc>
      </w:tr>
      <w:tr>
        <w:trPr>
          <w:trHeight w:val="425" w:hRule="atLeast"/>
          <w:cantSplit/>
        </w:trPr>
        <w:tc>
          <w:tcPr>
            <w:tcW w:type="dxa" w:w="4082"/>
            <w:gridSpan w:val="2"/>
            <w:vAlign w:val="center"/>
            <w:shd w:val="clear" w:color="auto" w:fill="B6D6E9"/>
          </w:tcPr>
          <w:p>
            <w:r/>
            <w:r>
              <w:rPr>
                <w:b w:val="0"/>
                <w:u w:val="none"/>
              </w:rPr>
              <w:t>Link person &amp; Job title</w:t>
            </w:r>
          </w:p>
        </w:tc>
        <w:tc>
          <w:tcPr>
            <w:tcW w:type="dxa" w:w="2579"/>
            <w:gridSpan w:val="2"/>
            <w:vAlign w:val="center"/>
            <w:shd w:val="clear" w:color="auto" w:fill="B6D6E9"/>
          </w:tcPr>
          <w:p>
            <w:r/>
            <w:r>
              <w:rPr>
                <w:b w:val="0"/>
                <w:u w:val="none"/>
              </w:rPr>
              <w:t>Email address</w:t>
            </w:r>
          </w:p>
        </w:tc>
        <w:tc>
          <w:tcPr>
            <w:tcW w:type="dxa" w:w="3543"/>
            <w:gridSpan w:val="2"/>
            <w:vAlign w:val="center"/>
            <w:shd w:val="clear" w:color="auto" w:fill="B6D6E9"/>
          </w:tcPr>
          <w:p>
            <w:r/>
            <w:r>
              <w:rPr>
                <w:b w:val="0"/>
                <w:u w:val="none"/>
              </w:rPr>
              <w:t>Telephone</w:t>
            </w:r>
          </w:p>
        </w:tc>
      </w:tr>
      <w:tr>
        <w:trPr>
          <w:trHeight w:val="425" w:hRule="atLeast"/>
          <w:cantSplit/>
        </w:trPr>
        <w:tc>
          <w:tcPr>
            <w:tcW w:type="dxa" w:w="4082"/>
            <w:gridSpan w:val="2"/>
            <w:vAlign w:val="center"/>
          </w:tcPr>
          <w:p/>
        </w:tc>
        <w:tc>
          <w:tcPr>
            <w:tcW w:type="dxa" w:w="2579"/>
            <w:gridSpan w:val="2"/>
            <w:vAlign w:val="center"/>
          </w:tcPr>
          <w:p/>
        </w:tc>
        <w:tc>
          <w:tcPr>
            <w:tcW w:type="dxa" w:w="3543"/>
            <w:gridSpan w:val="2"/>
            <w:vAlign w:val="center"/>
          </w:tcPr>
          <w:p/>
        </w:tc>
      </w:tr>
      <w:tr>
        <w:trPr>
          <w:trHeight w:val="425" w:hRule="atLeast"/>
          <w:cantSplit/>
        </w:trPr>
        <w:tc>
          <w:tcPr>
            <w:tcW w:type="dxa" w:w="4082"/>
            <w:gridSpan w:val="2"/>
            <w:vAlign w:val="center"/>
            <w:shd w:val="clear" w:color="auto" w:fill="B6D6E9"/>
          </w:tcPr>
          <w:p>
            <w:r/>
            <w:r>
              <w:rPr>
                <w:b w:val="0"/>
                <w:u w:val="none"/>
              </w:rPr>
              <w:t>Client next of kin name:</w:t>
            </w:r>
          </w:p>
        </w:tc>
        <w:tc>
          <w:tcPr>
            <w:tcW w:type="dxa" w:w="2579"/>
            <w:gridSpan w:val="2"/>
            <w:vAlign w:val="center"/>
            <w:shd w:val="clear" w:color="auto" w:fill="B6D6E9"/>
          </w:tcPr>
          <w:p>
            <w:r/>
            <w:r>
              <w:rPr>
                <w:b w:val="0"/>
                <w:u w:val="none"/>
              </w:rPr>
              <w:t>Phone:</w:t>
            </w:r>
          </w:p>
        </w:tc>
        <w:tc>
          <w:tcPr>
            <w:tcW w:type="dxa" w:w="3543"/>
            <w:gridSpan w:val="2"/>
            <w:vAlign w:val="center"/>
            <w:shd w:val="clear" w:color="auto" w:fill="B6D6E9"/>
          </w:tcPr>
          <w:p>
            <w:r/>
            <w:r>
              <w:rPr>
                <w:b w:val="0"/>
                <w:u w:val="none"/>
              </w:rPr>
              <w:t>Relationship:</w:t>
            </w:r>
          </w:p>
        </w:tc>
      </w:tr>
      <w:tr>
        <w:trPr>
          <w:trHeight w:val="425" w:hRule="atLeast"/>
          <w:cantSplit/>
        </w:trPr>
        <w:tc>
          <w:tcPr>
            <w:tcW w:type="dxa" w:w="4082"/>
            <w:gridSpan w:val="2"/>
            <w:vAlign w:val="center"/>
          </w:tcPr>
          <w:p/>
        </w:tc>
        <w:tc>
          <w:tcPr>
            <w:tcW w:type="dxa" w:w="2579"/>
            <w:gridSpan w:val="2"/>
            <w:vAlign w:val="center"/>
          </w:tcPr>
          <w:p/>
        </w:tc>
        <w:tc>
          <w:tcPr>
            <w:tcW w:type="dxa" w:w="3543"/>
            <w:gridSpan w:val="2"/>
            <w:vAlign w:val="center"/>
          </w:tcPr>
          <w:p/>
        </w:tc>
      </w:tr>
      <w:tr>
        <w:trPr>
          <w:trHeight w:val="425" w:hRule="atLeast"/>
          <w:cantSplit/>
        </w:trPr>
        <w:tc>
          <w:tcPr>
            <w:tcW w:type="dxa" w:w="4082"/>
            <w:gridSpan w:val="2"/>
            <w:vAlign w:val="center"/>
            <w:shd w:val="clear" w:color="auto" w:fill="B6D6E9"/>
          </w:tcPr>
          <w:p>
            <w:r/>
            <w:r>
              <w:rPr>
                <w:b w:val="0"/>
                <w:u w:val="none"/>
              </w:rPr>
              <w:t>GP contact details</w:t>
            </w:r>
          </w:p>
        </w:tc>
        <w:tc>
          <w:tcPr>
            <w:tcW w:type="dxa" w:w="2579"/>
            <w:gridSpan w:val="2"/>
            <w:vAlign w:val="center"/>
            <w:shd w:val="clear" w:color="auto" w:fill="B6D6E9"/>
          </w:tcPr>
          <w:p>
            <w:r/>
            <w:r>
              <w:rPr>
                <w:b w:val="0"/>
                <w:u w:val="none"/>
              </w:rPr>
              <w:t>Address:</w:t>
            </w:r>
          </w:p>
        </w:tc>
        <w:tc>
          <w:tcPr>
            <w:tcW w:type="dxa" w:w="3543"/>
            <w:gridSpan w:val="2"/>
            <w:vAlign w:val="center"/>
            <w:shd w:val="clear" w:color="auto" w:fill="B6D6E9"/>
          </w:tcPr>
          <w:p>
            <w:r/>
            <w:r>
              <w:rPr>
                <w:b w:val="0"/>
                <w:u w:val="none"/>
              </w:rPr>
              <w:t>Phone number:</w:t>
            </w:r>
          </w:p>
        </w:tc>
      </w:tr>
      <w:tr>
        <w:trPr>
          <w:trHeight w:val="425" w:hRule="atLeast"/>
          <w:cantSplit/>
        </w:trPr>
        <w:tc>
          <w:tcPr>
            <w:tcW w:type="dxa" w:w="4082"/>
            <w:gridSpan w:val="2"/>
            <w:vAlign w:val="center"/>
          </w:tcPr>
          <w:p/>
        </w:tc>
        <w:tc>
          <w:tcPr>
            <w:tcW w:type="dxa" w:w="2579"/>
            <w:gridSpan w:val="2"/>
            <w:vAlign w:val="center"/>
          </w:tcPr>
          <w:p/>
        </w:tc>
        <w:tc>
          <w:tcPr>
            <w:tcW w:type="dxa" w:w="3543"/>
            <w:gridSpan w:val="2"/>
            <w:vAlign w:val="center"/>
          </w:tcPr>
          <w:p/>
        </w:tc>
      </w:tr>
      <w:tr>
        <w:trPr>
          <w:trHeight w:val="397" w:hRule="atLeast"/>
          <w:cantSplit/>
        </w:trPr>
        <w:tc>
          <w:tcPr>
            <w:tcW w:type="dxa" w:w="10204"/>
            <w:gridSpan w:val="6"/>
            <w:vAlign w:val="center"/>
            <w:shd w:val="clear" w:color="auto" w:fill="BFBFBF"/>
          </w:tcPr>
          <w:p>
            <w:r/>
            <w:r>
              <w:rPr>
                <w:b/>
                <w:u w:val="none"/>
              </w:rPr>
              <w:t xml:space="preserve">Property details, please </w:t>
            </w:r>
            <w:r>
              <w:rPr>
                <w:b/>
                <w:highlight w:val="yellow"/>
                <w:u w:val="none"/>
              </w:rPr>
              <w:t>highlight</w:t>
            </w:r>
          </w:p>
        </w:tc>
      </w:tr>
      <w:tr>
        <w:trPr>
          <w:trHeight w:val="850" w:hRule="atLeast"/>
          <w:cantSplit/>
        </w:trPr>
        <w:tc>
          <w:tcPr>
            <w:tcW w:type="dxa" w:w="2353"/>
            <w:vAlign w:val="center"/>
            <w:shd w:val="clear" w:color="auto" w:fill="F2F2F2"/>
          </w:tcPr>
          <w:p>
            <w:r/>
            <w:r>
              <w:rPr>
                <w:b w:val="0"/>
                <w:u w:val="none"/>
              </w:rPr>
              <w:t>Housing Tenure</w:t>
            </w:r>
          </w:p>
        </w:tc>
        <w:tc>
          <w:tcPr>
            <w:tcW w:type="dxa" w:w="1729"/>
            <w:vAlign w:val="center"/>
          </w:tcPr>
          <w:p>
            <w:r/>
            <w:r>
              <w:rPr>
                <w:b w:val="0"/>
                <w:u w:val="none"/>
              </w:rPr>
              <w:t>Owner/occupier</w:t>
            </w:r>
          </w:p>
        </w:tc>
        <w:tc>
          <w:tcPr>
            <w:tcW w:type="dxa" w:w="1729"/>
            <w:vAlign w:val="center"/>
          </w:tcPr>
          <w:p>
            <w:r/>
            <w:r>
              <w:rPr>
                <w:b w:val="0"/>
                <w:u w:val="none"/>
              </w:rPr>
              <w:t>Private Landlord</w:t>
            </w:r>
          </w:p>
        </w:tc>
        <w:tc>
          <w:tcPr>
            <w:tcW w:type="dxa" w:w="2182"/>
            <w:gridSpan w:val="2"/>
            <w:vAlign w:val="center"/>
          </w:tcPr>
          <w:p>
            <w:r/>
            <w:r>
              <w:rPr>
                <w:b w:val="0"/>
                <w:u w:val="none"/>
              </w:rPr>
              <w:t>Housing Association (please state which)</w:t>
            </w:r>
          </w:p>
        </w:tc>
        <w:tc>
          <w:tcPr>
            <w:tcW w:type="dxa" w:w="2211"/>
            <w:vAlign w:val="center"/>
          </w:tcPr>
          <w:p>
            <w:r/>
            <w:r>
              <w:rPr>
                <w:b w:val="0"/>
                <w:u w:val="none"/>
              </w:rPr>
              <w:t>BCC Council</w:t>
            </w:r>
          </w:p>
        </w:tc>
      </w:tr>
      <w:tr>
        <w:trPr>
          <w:trHeight w:val="624" w:hRule="atLeast"/>
          <w:cantSplit/>
        </w:trPr>
        <w:tc>
          <w:tcPr>
            <w:tcW w:type="dxa" w:w="2353"/>
            <w:vAlign w:val="center"/>
            <w:shd w:val="clear" w:color="auto" w:fill="F2F2F2"/>
          </w:tcPr>
          <w:p>
            <w:r/>
            <w:r>
              <w:rPr>
                <w:b w:val="0"/>
                <w:u w:val="none"/>
              </w:rPr>
              <w:t>Property Type</w:t>
            </w:r>
          </w:p>
        </w:tc>
        <w:tc>
          <w:tcPr>
            <w:tcW w:type="dxa" w:w="1729"/>
            <w:vAlign w:val="center"/>
          </w:tcPr>
          <w:p>
            <w:r/>
            <w:r>
              <w:rPr>
                <w:b w:val="0"/>
                <w:u w:val="none"/>
              </w:rPr>
              <w:t>House</w:t>
            </w:r>
          </w:p>
        </w:tc>
        <w:tc>
          <w:tcPr>
            <w:tcW w:type="dxa" w:w="1729"/>
            <w:vAlign w:val="center"/>
          </w:tcPr>
          <w:p>
            <w:r/>
            <w:r>
              <w:rPr>
                <w:b w:val="0"/>
                <w:u w:val="none"/>
              </w:rPr>
              <w:t>Sheltered Acc.</w:t>
            </w:r>
          </w:p>
        </w:tc>
        <w:tc>
          <w:tcPr>
            <w:tcW w:type="dxa" w:w="2182"/>
            <w:gridSpan w:val="2"/>
            <w:vAlign w:val="center"/>
          </w:tcPr>
          <w:p>
            <w:r/>
            <w:r>
              <w:rPr>
                <w:b w:val="0"/>
                <w:u w:val="none"/>
              </w:rPr>
              <w:t>other</w:t>
            </w:r>
          </w:p>
        </w:tc>
        <w:tc>
          <w:tcPr>
            <w:tcW w:type="dxa" w:w="2211"/>
            <w:vAlign w:val="center"/>
          </w:tcPr>
          <w:p>
            <w:r/>
            <w:r>
              <w:rPr>
                <w:b w:val="0"/>
                <w:u w:val="none"/>
              </w:rPr>
              <w:t>Flat</w:t>
            </w:r>
          </w:p>
        </w:tc>
      </w:tr>
      <w:tr>
        <w:trPr>
          <w:trHeight w:val="397" w:hRule="atLeast"/>
          <w:cantSplit/>
        </w:trPr>
        <w:tc>
          <w:tcPr>
            <w:tcW w:type="dxa" w:w="2353"/>
            <w:vAlign w:val="center"/>
            <w:shd w:val="clear" w:color="auto" w:fill="F2F2F2"/>
          </w:tcPr>
          <w:p>
            <w:r/>
            <w:r>
              <w:rPr>
                <w:b w:val="0"/>
                <w:u w:val="none"/>
              </w:rPr>
              <w:t>Access to Home</w:t>
            </w:r>
          </w:p>
        </w:tc>
        <w:tc>
          <w:tcPr>
            <w:tcW w:type="dxa" w:w="1729"/>
            <w:vAlign w:val="center"/>
          </w:tcPr>
          <w:p>
            <w:r/>
            <w:r>
              <w:rPr>
                <w:b w:val="0"/>
                <w:u w:val="none"/>
              </w:rPr>
              <w:t>Key Safe</w:t>
            </w:r>
          </w:p>
        </w:tc>
        <w:tc>
          <w:tcPr>
            <w:tcW w:type="dxa" w:w="1729"/>
            <w:vAlign w:val="center"/>
          </w:tcPr>
          <w:p>
            <w:r/>
            <w:r>
              <w:rPr>
                <w:b w:val="0"/>
                <w:u w:val="none"/>
              </w:rPr>
              <w:t>Pendant Alarm</w:t>
            </w:r>
          </w:p>
        </w:tc>
        <w:tc>
          <w:tcPr>
            <w:tcW w:type="dxa" w:w="2182"/>
            <w:gridSpan w:val="2"/>
            <w:vAlign w:val="center"/>
          </w:tcPr>
          <w:p>
            <w:r/>
            <w:r>
              <w:rPr>
                <w:b w:val="0"/>
                <w:u w:val="none"/>
              </w:rPr>
              <w:t>Smoke Alarm</w:t>
            </w:r>
          </w:p>
        </w:tc>
        <w:tc>
          <w:tcPr>
            <w:tcW w:type="dxa" w:w="2211"/>
            <w:vAlign w:val="center"/>
          </w:tcPr>
          <w:p>
            <w:r/>
            <w:r>
              <w:rPr>
                <w:b w:val="0"/>
                <w:u w:val="none"/>
              </w:rPr>
              <w:t>Parking Available</w:t>
            </w:r>
          </w:p>
        </w:tc>
      </w:tr>
      <w:tr>
        <w:trPr>
          <w:trHeight w:val="397" w:hRule="atLeast"/>
          <w:cantSplit/>
        </w:trPr>
        <w:tc>
          <w:tcPr>
            <w:tcW w:type="dxa" w:w="10204"/>
            <w:gridSpan w:val="6"/>
            <w:vAlign w:val="center"/>
            <w:shd w:val="clear" w:color="auto" w:fill="BFBFBF"/>
          </w:tcPr>
          <w:p>
            <w:r/>
            <w:r>
              <w:rPr>
                <w:b/>
                <w:u w:val="none"/>
              </w:rPr>
              <w:t xml:space="preserve">Clutter in home, please </w:t>
            </w:r>
            <w:r>
              <w:rPr>
                <w:b/>
                <w:highlight w:val="yellow"/>
                <w:u w:val="none"/>
              </w:rPr>
              <w:t>highlight</w:t>
            </w:r>
          </w:p>
        </w:tc>
      </w:tr>
      <w:tr>
        <w:trPr>
          <w:trHeight w:val="567" w:hRule="atLeast"/>
          <w:cantSplit/>
        </w:trPr>
        <w:tc>
          <w:tcPr>
            <w:tcW w:type="dxa" w:w="4082"/>
            <w:gridSpan w:val="2"/>
            <w:vAlign w:val="center"/>
          </w:tcPr>
          <w:p>
            <w:r/>
            <w:r>
              <w:rPr>
                <w:b w:val="0"/>
                <w:u w:val="none"/>
              </w:rPr>
              <w:t>The clutter prevents essential works to the home from being carried out</w:t>
            </w:r>
          </w:p>
        </w:tc>
        <w:tc>
          <w:tcPr>
            <w:tcW w:type="dxa" w:w="6122"/>
            <w:gridSpan w:val="4"/>
            <w:vAlign w:val="center"/>
          </w:tcPr>
          <w:p>
            <w:r/>
            <w:r>
              <w:rPr>
                <w:b w:val="0"/>
                <w:u w:val="none"/>
              </w:rPr>
              <w:t>The clutter obstructs essential pathways / constitutes a tripping hazard.</w:t>
            </w:r>
          </w:p>
        </w:tc>
      </w:tr>
      <w:tr>
        <w:trPr>
          <w:trHeight w:val="397" w:hRule="atLeast"/>
          <w:cantSplit/>
        </w:trPr>
        <w:tc>
          <w:tcPr>
            <w:tcW w:type="dxa" w:w="4082"/>
            <w:gridSpan w:val="2"/>
            <w:vAlign w:val="center"/>
          </w:tcPr>
          <w:p>
            <w:r/>
            <w:r>
              <w:rPr>
                <w:b w:val="0"/>
                <w:u w:val="none"/>
              </w:rPr>
              <w:t>The clutter prevents discharge from hospital</w:t>
            </w:r>
          </w:p>
        </w:tc>
        <w:tc>
          <w:tcPr>
            <w:tcW w:type="dxa" w:w="1729"/>
            <w:vAlign w:val="center"/>
          </w:tcPr>
          <w:p>
            <w:r/>
            <w:r>
              <w:rPr>
                <w:b w:val="0"/>
                <w:u w:val="none"/>
              </w:rPr>
              <w:t>Risk of Eviction</w:t>
            </w:r>
          </w:p>
        </w:tc>
        <w:tc>
          <w:tcPr>
            <w:tcW w:type="dxa" w:w="4393"/>
            <w:gridSpan w:val="3"/>
            <w:vAlign w:val="center"/>
          </w:tcPr>
          <w:p>
            <w:r/>
            <w:r>
              <w:rPr>
                <w:b w:val="0"/>
                <w:u w:val="none"/>
              </w:rPr>
              <w:t>Falls in the last 6 months</w:t>
            </w:r>
          </w:p>
        </w:tc>
      </w:tr>
      <w:tr>
        <w:trPr>
          <w:trHeight w:val="567" w:hRule="atLeast"/>
          <w:cantSplit/>
        </w:trPr>
        <w:tc>
          <w:tcPr>
            <w:tcW w:type="dxa" w:w="5811"/>
            <w:gridSpan w:val="3"/>
            <w:vAlign w:val="center"/>
          </w:tcPr>
          <w:p>
            <w:r/>
            <w:r>
              <w:rPr>
                <w:b w:val="0"/>
                <w:u w:val="none"/>
              </w:rPr>
              <w:t>The clutter prevents a move to more appropriate accommodation</w:t>
            </w:r>
          </w:p>
        </w:tc>
        <w:tc>
          <w:tcPr>
            <w:tcW w:type="dxa" w:w="4393"/>
            <w:gridSpan w:val="3"/>
            <w:vAlign w:val="center"/>
          </w:tcPr>
          <w:p>
            <w:r/>
            <w:r>
              <w:rPr>
                <w:b w:val="0"/>
                <w:u w:val="none"/>
              </w:rPr>
              <w:t>Pets – all animals must be secured and any risks to be shared</w:t>
            </w:r>
          </w:p>
        </w:tc>
      </w:tr>
      <w:tr>
        <w:trPr>
          <w:trHeight w:val="567" w:hRule="atLeast"/>
          <w:cantSplit/>
        </w:trPr>
        <w:tc>
          <w:tcPr>
            <w:tcW w:type="dxa" w:w="5811"/>
            <w:gridSpan w:val="3"/>
            <w:vAlign w:val="center"/>
          </w:tcPr>
          <w:p>
            <w:r/>
            <w:r>
              <w:rPr>
                <w:b w:val="0"/>
                <w:u w:val="none"/>
              </w:rPr>
              <w:t>Pests – please note we cannot work in homes with infestation.</w:t>
            </w:r>
          </w:p>
        </w:tc>
        <w:tc>
          <w:tcPr>
            <w:tcW w:type="dxa" w:w="4393"/>
            <w:gridSpan w:val="3"/>
            <w:vAlign w:val="center"/>
          </w:tcPr>
          <w:p/>
        </w:tc>
      </w:tr>
      <w:tr>
        <w:trPr>
          <w:trHeight w:val="397" w:hRule="atLeast"/>
          <w:cantSplit/>
        </w:trPr>
        <w:tc>
          <w:tcPr>
            <w:tcW w:type="dxa" w:w="10204"/>
            <w:gridSpan w:val="6"/>
            <w:vAlign w:val="center"/>
          </w:tcPr>
          <w:p>
            <w:r/>
            <w:r>
              <w:rPr>
                <w:b w:val="0"/>
                <w:u w:val="none"/>
              </w:rPr>
              <w:t>Further information:</w:t>
            </w:r>
          </w:p>
        </w:tc>
      </w:tr>
      <w:tr>
        <w:trPr>
          <w:trHeight w:val="397" w:hRule="atLeast"/>
          <w:cantSplit/>
        </w:trPr>
        <w:tc>
          <w:tcPr>
            <w:tcW w:type="dxa" w:w="10204"/>
            <w:gridSpan w:val="6"/>
            <w:vAlign w:val="center"/>
            <w:shd w:val="clear" w:color="auto" w:fill="BFBFBF"/>
          </w:tcPr>
          <w:p>
            <w:r/>
            <w:r>
              <w:rPr>
                <w:b/>
                <w:u w:val="none"/>
              </w:rPr>
              <w:t>Health and Wellbeing</w:t>
            </w:r>
          </w:p>
        </w:tc>
      </w:tr>
      <w:tr>
        <w:trPr>
          <w:trHeight w:val="397" w:hRule="atLeast"/>
          <w:cantSplit/>
        </w:trPr>
        <w:tc>
          <w:tcPr>
            <w:tcW w:type="dxa" w:w="10204"/>
            <w:gridSpan w:val="6"/>
            <w:vAlign w:val="center"/>
            <w:shd w:val="clear" w:color="auto" w:fill="B6D6E9"/>
          </w:tcPr>
          <w:p>
            <w:r/>
            <w:r>
              <w:rPr>
                <w:b w:val="0"/>
                <w:u w:val="none"/>
              </w:rPr>
              <w:t>Does the client have any physical or mental health conditions? Please give relevant details below:</w:t>
            </w:r>
          </w:p>
        </w:tc>
      </w:tr>
      <w:tr>
        <w:trPr>
          <w:trHeight w:val="454" w:hRule="atLeast"/>
          <w:cantSplit/>
        </w:trPr>
        <w:tc>
          <w:tcPr>
            <w:tcW w:type="dxa" w:w="10204"/>
            <w:gridSpan w:val="6"/>
            <w:vAlign w:val="center"/>
          </w:tcPr>
          <w:p/>
        </w:tc>
      </w:tr>
      <w:tr>
        <w:trPr>
          <w:trHeight w:val="510" w:hRule="atLeast"/>
          <w:cantSplit/>
        </w:trPr>
        <w:tc>
          <w:tcPr>
            <w:tcW w:type="dxa" w:w="10204"/>
            <w:gridSpan w:val="6"/>
            <w:vAlign w:val="center"/>
            <w:shd w:val="clear" w:color="auto" w:fill="B6D6E9"/>
          </w:tcPr>
          <w:p>
            <w:r/>
            <w:r>
              <w:rPr>
                <w:b w:val="0"/>
                <w:u w:val="none"/>
              </w:rPr>
              <w:t>What is motivating the client to reduce clutter at this time? Include any goals, upcoming events or practical outcomes that are important to them.</w:t>
            </w:r>
          </w:p>
        </w:tc>
      </w:tr>
      <w:tr>
        <w:trPr>
          <w:trHeight w:val="454" w:hRule="atLeast"/>
          <w:cantSplit/>
        </w:trPr>
        <w:tc>
          <w:tcPr>
            <w:tcW w:type="dxa" w:w="10204"/>
            <w:gridSpan w:val="6"/>
            <w:vAlign w:val="center"/>
          </w:tcPr>
          <w:p/>
        </w:tc>
      </w:tr>
      <w:tr>
        <w:trPr>
          <w:trHeight w:val="397" w:hRule="atLeast"/>
          <w:cantSplit/>
        </w:trPr>
        <w:tc>
          <w:tcPr>
            <w:tcW w:type="dxa" w:w="10204"/>
            <w:gridSpan w:val="6"/>
            <w:vAlign w:val="center"/>
            <w:shd w:val="clear" w:color="auto" w:fill="B6D6E9"/>
          </w:tcPr>
          <w:p>
            <w:r/>
            <w:r>
              <w:rPr>
                <w:b w:val="0"/>
                <w:u w:val="none"/>
              </w:rPr>
              <w:t>Does the client have any hobbies or social activities they would like to re-engage with?</w:t>
            </w:r>
          </w:p>
        </w:tc>
      </w:tr>
      <w:tr>
        <w:trPr>
          <w:trHeight w:val="454" w:hRule="atLeast"/>
          <w:cantSplit/>
        </w:trPr>
        <w:tc>
          <w:tcPr>
            <w:tcW w:type="dxa" w:w="10204"/>
            <w:gridSpan w:val="6"/>
            <w:vAlign w:val="center"/>
          </w:tcPr>
          <w:p/>
        </w:tc>
      </w:tr>
      <w:tr>
        <w:trPr>
          <w:trHeight w:val="510" w:hRule="atLeast"/>
          <w:cantSplit/>
        </w:trPr>
        <w:tc>
          <w:tcPr>
            <w:tcW w:type="dxa" w:w="10204"/>
            <w:gridSpan w:val="6"/>
            <w:vAlign w:val="center"/>
            <w:shd w:val="clear" w:color="auto" w:fill="B6D6E9"/>
          </w:tcPr>
          <w:p>
            <w:r/>
            <w:r>
              <w:rPr>
                <w:b w:val="0"/>
                <w:u w:val="none"/>
              </w:rPr>
              <w:t>Involvement of other services, such as GP, mental health, OT, safeguarding</w:t>
            </w:r>
          </w:p>
          <w:p>
            <w:r>
              <w:rPr>
                <w:b w:val="0"/>
                <w:u w:val="none"/>
              </w:rPr>
              <w:t>Please provide the name and contact details of any other agencies involved in the support of this person</w:t>
            </w:r>
          </w:p>
        </w:tc>
      </w:tr>
      <w:tr>
        <w:trPr>
          <w:trHeight w:val="907" w:hRule="atLeast"/>
          <w:cantSplit/>
        </w:trPr>
        <w:tc>
          <w:tcPr>
            <w:tcW w:type="dxa" w:w="10204"/>
            <w:gridSpan w:val="6"/>
            <w:vAlign w:val="center"/>
          </w:tcPr>
          <w:p/>
        </w:tc>
      </w:tr>
    </w:tbl>
    <w:p>
      <w:pPr>
        <w:spacing w:line="20" w:lineRule="exact"/>
      </w:pPr>
      <w:r>
        <w:rPr>
          <w:sz w:val="2"/>
        </w:rPr>
      </w:r>
    </w:p>
    <w:p>
      <w:pPr>
        <w:spacing w:line="20" w:lineRule="exact"/>
      </w:pPr>
      <w:r>
        <w:br w:type="page"/>
      </w: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90" w:type="dxa"/>
          <w:bottom w:w="50" w:type="dxa"/>
          <w:right w:w="90" w:type="dxa"/>
        </w:tblCellMar>
      </w:tblPr>
      <w:tblGrid>
        <w:gridCol w:w="5783"/>
        <w:gridCol w:w="1417"/>
        <w:gridCol w:w="907"/>
        <w:gridCol w:w="964"/>
        <w:gridCol w:w="1134"/>
      </w:tblGrid>
      <w:tr>
        <w:trPr>
          <w:trHeight w:val="567" w:hRule="atLeast"/>
          <w:cantSplit/>
        </w:trPr>
        <w:tc>
          <w:tcPr>
            <w:tcW w:type="dxa" w:w="5783"/>
            <w:vAlign w:val="center"/>
            <w:shd w:val="clear" w:color="auto" w:fill="B6D6E9"/>
          </w:tcPr>
          <w:p>
            <w:r/>
            <w:r>
              <w:rPr>
                <w:b w:val="0"/>
                <w:u w:val="none"/>
              </w:rPr>
              <w:t>Is there any known information that may indicate a risk to a lone worker visiting the client’s home?</w:t>
            </w:r>
          </w:p>
        </w:tc>
        <w:tc>
          <w:tcPr>
            <w:tcW w:type="dxa" w:w="1417"/>
            <w:vAlign w:val="center"/>
            <w:shd w:val="clear" w:color="auto" w:fill="B6D6E9"/>
          </w:tcPr>
          <w:p>
            <w:r/>
            <w:r>
              <w:rPr>
                <w:b w:val="0"/>
                <w:u w:val="none"/>
              </w:rPr>
              <w:t>Yes</w:t>
            </w:r>
          </w:p>
        </w:tc>
        <w:tc>
          <w:tcPr>
            <w:tcW w:type="dxa" w:w="907"/>
            <w:vAlign w:val="center"/>
          </w:tcPr>
          <w:p/>
        </w:tc>
        <w:tc>
          <w:tcPr>
            <w:tcW w:type="dxa" w:w="964"/>
            <w:vAlign w:val="center"/>
            <w:shd w:val="clear" w:color="auto" w:fill="B6D6E9"/>
          </w:tcPr>
          <w:p>
            <w:r/>
            <w:r>
              <w:rPr>
                <w:b w:val="0"/>
                <w:u w:val="none"/>
              </w:rPr>
              <w:t>No</w:t>
            </w:r>
          </w:p>
        </w:tc>
        <w:tc>
          <w:tcPr>
            <w:tcW w:type="dxa" w:w="1134"/>
            <w:vAlign w:val="center"/>
          </w:tcPr>
          <w:p/>
        </w:tc>
      </w:tr>
      <w:tr>
        <w:trPr>
          <w:trHeight w:val="397" w:hRule="atLeast"/>
          <w:cantSplit/>
        </w:trPr>
        <w:tc>
          <w:tcPr>
            <w:tcW w:type="dxa" w:w="10205"/>
            <w:gridSpan w:val="5"/>
            <w:vAlign w:val="center"/>
            <w:shd w:val="clear" w:color="auto" w:fill="B6D6E9"/>
          </w:tcPr>
          <w:p>
            <w:r/>
            <w:r>
              <w:rPr>
                <w:b w:val="0"/>
                <w:u w:val="none"/>
              </w:rPr>
              <w:t>If you have ticked ‘Yes’ please give details below.</w:t>
            </w:r>
          </w:p>
        </w:tc>
      </w:tr>
      <w:tr>
        <w:trPr>
          <w:trHeight w:val="510" w:hRule="atLeast"/>
          <w:cantSplit/>
        </w:trPr>
        <w:tc>
          <w:tcPr>
            <w:tcW w:type="dxa" w:w="10205"/>
            <w:gridSpan w:val="5"/>
            <w:vAlign w:val="center"/>
          </w:tcPr>
          <w:p/>
        </w:tc>
      </w:tr>
      <w:tr>
        <w:trPr>
          <w:trHeight w:val="680" w:hRule="atLeast"/>
          <w:cantSplit/>
        </w:trPr>
        <w:tc>
          <w:tcPr>
            <w:tcW w:type="dxa" w:w="10205"/>
            <w:gridSpan w:val="5"/>
            <w:vAlign w:val="center"/>
            <w:shd w:val="clear" w:color="auto" w:fill="B6D6E9"/>
          </w:tcPr>
          <w:p>
            <w:r/>
            <w:r>
              <w:rPr>
                <w:b w:val="0"/>
                <w:u w:val="none"/>
              </w:rPr>
              <w:t>Reason for referral and relevant history. Include previous interventions or deep cleans, social isolation, pending eviction, and any other information that will help Making Space understand the client’s current needs and the urgency of the referral.</w:t>
            </w:r>
          </w:p>
        </w:tc>
      </w:tr>
      <w:tr>
        <w:trPr>
          <w:trHeight w:val="907" w:hRule="atLeast"/>
          <w:cantSplit/>
        </w:trPr>
        <w:tc>
          <w:tcPr>
            <w:tcW w:type="dxa" w:w="10205"/>
            <w:gridSpan w:val="5"/>
            <w:vAlign w:val="center"/>
          </w:tcPr>
          <w:p/>
        </w:tc>
      </w:tr>
      <w:tr>
        <w:trPr>
          <w:trHeight w:val="510" w:hRule="atLeast"/>
          <w:cantSplit/>
        </w:trPr>
        <w:tc>
          <w:tcPr>
            <w:tcW w:type="dxa" w:w="10205"/>
            <w:gridSpan w:val="5"/>
            <w:vAlign w:val="center"/>
            <w:shd w:val="clear" w:color="auto" w:fill="BFBFBF"/>
          </w:tcPr>
          <w:p>
            <w:r/>
            <w:r>
              <w:rPr>
                <w:b/>
                <w:u w:val="none"/>
              </w:rPr>
              <w:t>Information on the Client’s Home</w:t>
            </w:r>
          </w:p>
        </w:tc>
      </w:tr>
      <w:tr>
        <w:trPr>
          <w:trHeight w:val="397" w:hRule="atLeast"/>
          <w:cantSplit/>
        </w:trPr>
        <w:tc>
          <w:tcPr>
            <w:tcW w:type="dxa" w:w="5783"/>
            <w:vAlign w:val="center"/>
            <w:shd w:val="clear" w:color="auto" w:fill="B6D6E9"/>
          </w:tcPr>
          <w:p>
            <w:r/>
            <w:r>
              <w:rPr>
                <w:b w:val="0"/>
                <w:u w:val="none"/>
              </w:rPr>
              <w:t>Have you visited the client’s home and had access to inside?</w:t>
            </w:r>
          </w:p>
        </w:tc>
        <w:tc>
          <w:tcPr>
            <w:tcW w:type="dxa" w:w="1417"/>
            <w:vAlign w:val="center"/>
            <w:shd w:val="clear" w:color="auto" w:fill="B6D6E9"/>
          </w:tcPr>
          <w:p>
            <w:r/>
            <w:r>
              <w:rPr>
                <w:b w:val="0"/>
                <w:u w:val="none"/>
              </w:rPr>
              <w:t>Yes</w:t>
            </w:r>
          </w:p>
        </w:tc>
        <w:tc>
          <w:tcPr>
            <w:tcW w:type="dxa" w:w="907"/>
            <w:vAlign w:val="center"/>
          </w:tcPr>
          <w:p/>
        </w:tc>
        <w:tc>
          <w:tcPr>
            <w:tcW w:type="dxa" w:w="964"/>
            <w:vAlign w:val="center"/>
            <w:shd w:val="clear" w:color="auto" w:fill="B6D6E9"/>
          </w:tcPr>
          <w:p>
            <w:r/>
            <w:r>
              <w:rPr>
                <w:b w:val="0"/>
                <w:u w:val="none"/>
              </w:rPr>
              <w:t>No</w:t>
            </w:r>
          </w:p>
        </w:tc>
        <w:tc>
          <w:tcPr>
            <w:tcW w:type="dxa" w:w="1134"/>
            <w:vAlign w:val="center"/>
          </w:tcPr>
          <w:p/>
        </w:tc>
      </w:tr>
      <w:tr>
        <w:trPr>
          <w:trHeight w:val="397" w:hRule="atLeast"/>
          <w:cantSplit/>
        </w:trPr>
        <w:tc>
          <w:tcPr>
            <w:tcW w:type="dxa" w:w="10205"/>
            <w:gridSpan w:val="5"/>
            <w:vAlign w:val="center"/>
            <w:shd w:val="clear" w:color="auto" w:fill="B6D6E9"/>
          </w:tcPr>
          <w:p>
            <w:r/>
            <w:r>
              <w:rPr>
                <w:b w:val="0"/>
                <w:u w:val="none"/>
              </w:rPr>
              <w:t>If “No,” please give further details below:</w:t>
            </w:r>
          </w:p>
        </w:tc>
      </w:tr>
      <w:tr>
        <w:trPr>
          <w:trHeight w:val="454" w:hRule="atLeast"/>
          <w:cantSplit/>
        </w:trPr>
        <w:tc>
          <w:tcPr>
            <w:tcW w:type="dxa" w:w="10205"/>
            <w:gridSpan w:val="5"/>
            <w:vAlign w:val="center"/>
          </w:tcPr>
          <w:p/>
        </w:tc>
      </w:tr>
      <w:tr>
        <w:trPr>
          <w:trHeight w:val="397" w:hRule="atLeast"/>
          <w:cantSplit/>
        </w:trPr>
        <w:tc>
          <w:tcPr>
            <w:tcW w:type="dxa" w:w="5783"/>
            <w:vAlign w:val="center"/>
          </w:tcPr>
          <w:p>
            <w:r/>
            <w:r>
              <w:rPr>
                <w:b w:val="0"/>
                <w:u w:val="none"/>
              </w:rPr>
              <w:t>Does the Client Smoke?</w:t>
            </w:r>
          </w:p>
        </w:tc>
        <w:tc>
          <w:tcPr>
            <w:tcW w:type="dxa" w:w="1417"/>
            <w:vAlign w:val="center"/>
          </w:tcPr>
          <w:p>
            <w:r/>
            <w:r>
              <w:rPr>
                <w:b w:val="0"/>
                <w:u w:val="none"/>
              </w:rPr>
              <w:t>Yes</w:t>
            </w:r>
          </w:p>
        </w:tc>
        <w:tc>
          <w:tcPr>
            <w:tcW w:type="dxa" w:w="907"/>
            <w:vAlign w:val="center"/>
          </w:tcPr>
          <w:p/>
        </w:tc>
        <w:tc>
          <w:tcPr>
            <w:tcW w:type="dxa" w:w="964"/>
            <w:vAlign w:val="center"/>
          </w:tcPr>
          <w:p>
            <w:r/>
            <w:r>
              <w:rPr>
                <w:b w:val="0"/>
                <w:u w:val="none"/>
              </w:rPr>
              <w:t>No</w:t>
            </w:r>
          </w:p>
        </w:tc>
        <w:tc>
          <w:tcPr>
            <w:tcW w:type="dxa" w:w="1134"/>
            <w:vAlign w:val="center"/>
          </w:tcPr>
          <w:p/>
        </w:tc>
      </w:tr>
      <w:tr>
        <w:trPr>
          <w:trHeight w:val="510" w:hRule="atLeast"/>
          <w:cantSplit/>
        </w:trPr>
        <w:tc>
          <w:tcPr>
            <w:tcW w:type="dxa" w:w="5783"/>
            <w:vAlign w:val="center"/>
          </w:tcPr>
          <w:p>
            <w:r/>
            <w:r>
              <w:rPr>
                <w:b w:val="0"/>
                <w:u w:val="none"/>
              </w:rPr>
              <w:t>Is there any evidence of substance use that could affect the safety of the client, other occupants or visiting workers?</w:t>
            </w:r>
          </w:p>
        </w:tc>
        <w:tc>
          <w:tcPr>
            <w:tcW w:type="dxa" w:w="1417"/>
            <w:vAlign w:val="center"/>
          </w:tcPr>
          <w:p>
            <w:r/>
            <w:r>
              <w:rPr>
                <w:b w:val="0"/>
                <w:u w:val="none"/>
              </w:rPr>
              <w:t>Yes</w:t>
            </w:r>
          </w:p>
        </w:tc>
        <w:tc>
          <w:tcPr>
            <w:tcW w:type="dxa" w:w="907"/>
            <w:vAlign w:val="center"/>
          </w:tcPr>
          <w:p/>
        </w:tc>
        <w:tc>
          <w:tcPr>
            <w:tcW w:type="dxa" w:w="964"/>
            <w:vAlign w:val="center"/>
          </w:tcPr>
          <w:p>
            <w:r/>
            <w:r>
              <w:rPr>
                <w:b w:val="0"/>
                <w:u w:val="none"/>
              </w:rPr>
              <w:t>No</w:t>
            </w:r>
          </w:p>
        </w:tc>
        <w:tc>
          <w:tcPr>
            <w:tcW w:type="dxa" w:w="1134"/>
            <w:vAlign w:val="center"/>
          </w:tcPr>
          <w:p/>
        </w:tc>
      </w:tr>
      <w:tr>
        <w:trPr>
          <w:trHeight w:val="340" w:hRule="atLeast"/>
          <w:cantSplit/>
        </w:trPr>
        <w:tc>
          <w:tcPr>
            <w:tcW w:type="dxa" w:w="5783"/>
            <w:vAlign w:val="center"/>
          </w:tcPr>
          <w:p>
            <w:r/>
            <w:r>
              <w:rPr>
                <w:b w:val="0"/>
                <w:u w:val="none"/>
              </w:rPr>
              <w:t>Clutter Outside the House</w:t>
            </w:r>
          </w:p>
        </w:tc>
        <w:tc>
          <w:tcPr>
            <w:tcW w:type="dxa" w:w="1417"/>
            <w:vAlign w:val="center"/>
          </w:tcPr>
          <w:p>
            <w:r/>
            <w:r>
              <w:rPr>
                <w:b w:val="0"/>
                <w:u w:val="none"/>
              </w:rPr>
              <w:t>Yes</w:t>
            </w:r>
          </w:p>
        </w:tc>
        <w:tc>
          <w:tcPr>
            <w:tcW w:type="dxa" w:w="907"/>
            <w:vAlign w:val="center"/>
          </w:tcPr>
          <w:p/>
        </w:tc>
        <w:tc>
          <w:tcPr>
            <w:tcW w:type="dxa" w:w="964"/>
            <w:vAlign w:val="center"/>
          </w:tcPr>
          <w:p>
            <w:r/>
            <w:r>
              <w:rPr>
                <w:b w:val="0"/>
                <w:u w:val="none"/>
              </w:rPr>
              <w:t>No</w:t>
            </w:r>
          </w:p>
        </w:tc>
        <w:tc>
          <w:tcPr>
            <w:tcW w:type="dxa" w:w="1134"/>
            <w:vAlign w:val="center"/>
          </w:tcPr>
          <w:p/>
        </w:tc>
      </w:tr>
      <w:tr>
        <w:trPr>
          <w:trHeight w:val="340" w:hRule="atLeast"/>
          <w:cantSplit/>
        </w:trPr>
        <w:tc>
          <w:tcPr>
            <w:tcW w:type="dxa" w:w="5783"/>
            <w:vAlign w:val="center"/>
          </w:tcPr>
          <w:p>
            <w:r/>
            <w:r>
              <w:rPr>
                <w:b w:val="0"/>
                <w:u w:val="none"/>
              </w:rPr>
              <w:t>Rotten Food in House</w:t>
            </w:r>
          </w:p>
        </w:tc>
        <w:tc>
          <w:tcPr>
            <w:tcW w:type="dxa" w:w="1417"/>
            <w:vAlign w:val="center"/>
          </w:tcPr>
          <w:p>
            <w:r/>
            <w:r>
              <w:rPr>
                <w:b w:val="0"/>
                <w:u w:val="none"/>
              </w:rPr>
              <w:t>Yes</w:t>
            </w:r>
          </w:p>
        </w:tc>
        <w:tc>
          <w:tcPr>
            <w:tcW w:type="dxa" w:w="907"/>
            <w:vAlign w:val="center"/>
          </w:tcPr>
          <w:p/>
        </w:tc>
        <w:tc>
          <w:tcPr>
            <w:tcW w:type="dxa" w:w="964"/>
            <w:vAlign w:val="center"/>
          </w:tcPr>
          <w:p>
            <w:r/>
            <w:r>
              <w:rPr>
                <w:b w:val="0"/>
                <w:u w:val="none"/>
              </w:rPr>
              <w:t>No</w:t>
            </w:r>
          </w:p>
        </w:tc>
        <w:tc>
          <w:tcPr>
            <w:tcW w:type="dxa" w:w="1134"/>
            <w:vAlign w:val="center"/>
          </w:tcPr>
          <w:p/>
        </w:tc>
      </w:tr>
      <w:tr>
        <w:trPr>
          <w:trHeight w:val="340" w:hRule="atLeast"/>
          <w:cantSplit/>
        </w:trPr>
        <w:tc>
          <w:tcPr>
            <w:tcW w:type="dxa" w:w="5783"/>
            <w:vAlign w:val="center"/>
          </w:tcPr>
          <w:p>
            <w:r/>
            <w:r>
              <w:rPr>
                <w:b w:val="0"/>
                <w:u w:val="none"/>
              </w:rPr>
              <w:t>Insect / Rodent Infestation in House</w:t>
            </w:r>
          </w:p>
        </w:tc>
        <w:tc>
          <w:tcPr>
            <w:tcW w:type="dxa" w:w="1417"/>
            <w:vAlign w:val="center"/>
          </w:tcPr>
          <w:p>
            <w:r/>
            <w:r>
              <w:rPr>
                <w:b w:val="0"/>
                <w:u w:val="none"/>
              </w:rPr>
              <w:t>Yes</w:t>
            </w:r>
          </w:p>
        </w:tc>
        <w:tc>
          <w:tcPr>
            <w:tcW w:type="dxa" w:w="907"/>
            <w:vAlign w:val="center"/>
          </w:tcPr>
          <w:p/>
        </w:tc>
        <w:tc>
          <w:tcPr>
            <w:tcW w:type="dxa" w:w="964"/>
            <w:vAlign w:val="center"/>
          </w:tcPr>
          <w:p>
            <w:r/>
            <w:r>
              <w:rPr>
                <w:b w:val="0"/>
                <w:u w:val="none"/>
              </w:rPr>
              <w:t>No</w:t>
            </w:r>
          </w:p>
        </w:tc>
        <w:tc>
          <w:tcPr>
            <w:tcW w:type="dxa" w:w="1134"/>
            <w:vAlign w:val="center"/>
          </w:tcPr>
          <w:p/>
        </w:tc>
      </w:tr>
      <w:tr>
        <w:trPr>
          <w:trHeight w:val="340" w:hRule="atLeast"/>
          <w:cantSplit/>
        </w:trPr>
        <w:tc>
          <w:tcPr>
            <w:tcW w:type="dxa" w:w="5783"/>
            <w:vAlign w:val="center"/>
          </w:tcPr>
          <w:p>
            <w:r/>
            <w:r>
              <w:rPr>
                <w:b w:val="0"/>
                <w:u w:val="none"/>
              </w:rPr>
              <w:t>Large Number of Animals in House</w:t>
            </w:r>
          </w:p>
        </w:tc>
        <w:tc>
          <w:tcPr>
            <w:tcW w:type="dxa" w:w="1417"/>
            <w:vAlign w:val="center"/>
          </w:tcPr>
          <w:p>
            <w:r/>
            <w:r>
              <w:rPr>
                <w:b w:val="0"/>
                <w:u w:val="none"/>
              </w:rPr>
              <w:t>Yes</w:t>
            </w:r>
          </w:p>
        </w:tc>
        <w:tc>
          <w:tcPr>
            <w:tcW w:type="dxa" w:w="907"/>
            <w:vAlign w:val="center"/>
          </w:tcPr>
          <w:p/>
        </w:tc>
        <w:tc>
          <w:tcPr>
            <w:tcW w:type="dxa" w:w="964"/>
            <w:vAlign w:val="center"/>
          </w:tcPr>
          <w:p>
            <w:r/>
            <w:r>
              <w:rPr>
                <w:b w:val="0"/>
                <w:u w:val="none"/>
              </w:rPr>
              <w:t>No</w:t>
            </w:r>
          </w:p>
        </w:tc>
        <w:tc>
          <w:tcPr>
            <w:tcW w:type="dxa" w:w="1134"/>
            <w:vAlign w:val="center"/>
          </w:tcPr>
          <w:p/>
        </w:tc>
      </w:tr>
      <w:tr>
        <w:trPr>
          <w:trHeight w:val="340" w:hRule="atLeast"/>
          <w:cantSplit/>
        </w:trPr>
        <w:tc>
          <w:tcPr>
            <w:tcW w:type="dxa" w:w="5783"/>
            <w:vAlign w:val="center"/>
          </w:tcPr>
          <w:p>
            <w:r/>
            <w:r>
              <w:rPr>
                <w:b w:val="0"/>
                <w:u w:val="none"/>
              </w:rPr>
              <w:t>Animal Waste in House</w:t>
            </w:r>
          </w:p>
        </w:tc>
        <w:tc>
          <w:tcPr>
            <w:tcW w:type="dxa" w:w="1417"/>
            <w:vAlign w:val="center"/>
          </w:tcPr>
          <w:p>
            <w:r/>
            <w:r>
              <w:rPr>
                <w:b w:val="0"/>
                <w:u w:val="none"/>
              </w:rPr>
              <w:t>Yes</w:t>
            </w:r>
          </w:p>
        </w:tc>
        <w:tc>
          <w:tcPr>
            <w:tcW w:type="dxa" w:w="907"/>
            <w:vAlign w:val="center"/>
          </w:tcPr>
          <w:p/>
        </w:tc>
        <w:tc>
          <w:tcPr>
            <w:tcW w:type="dxa" w:w="964"/>
            <w:vAlign w:val="center"/>
          </w:tcPr>
          <w:p>
            <w:r/>
            <w:r>
              <w:rPr>
                <w:b w:val="0"/>
                <w:u w:val="none"/>
              </w:rPr>
              <w:t>No</w:t>
            </w:r>
          </w:p>
        </w:tc>
        <w:tc>
          <w:tcPr>
            <w:tcW w:type="dxa" w:w="1134"/>
            <w:vAlign w:val="center"/>
          </w:tcPr>
          <w:p/>
        </w:tc>
      </w:tr>
      <w:tr>
        <w:trPr>
          <w:trHeight w:val="737" w:hRule="atLeast"/>
          <w:cantSplit/>
        </w:trPr>
        <w:tc>
          <w:tcPr>
            <w:tcW w:type="dxa" w:w="10205"/>
            <w:gridSpan w:val="5"/>
            <w:vAlign w:val="top"/>
          </w:tcPr>
          <w:p>
            <w:r/>
            <w:r>
              <w:rPr>
                <w:b w:val="0"/>
                <w:u w:val="none"/>
              </w:rPr>
              <w:t>Please give brief outline of the items being hoarded.</w:t>
            </w:r>
          </w:p>
        </w:tc>
      </w:tr>
    </w:tbl>
    <w:p>
      <w:pPr>
        <w:spacing w:line="160" w:lineRule="exact"/>
      </w:pPr>
      <w:r>
        <w:rPr>
          <w:sz w:val="16"/>
        </w:rPr>
      </w: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90" w:type="dxa"/>
          <w:bottom w:w="50" w:type="dxa"/>
          <w:right w:w="90" w:type="dxa"/>
        </w:tblCellMar>
      </w:tblPr>
      <w:tblGrid>
        <w:gridCol w:w="1417"/>
        <w:gridCol w:w="2778"/>
        <w:gridCol w:w="1304"/>
        <w:gridCol w:w="4706"/>
      </w:tblGrid>
      <w:tr>
        <w:trPr>
          <w:trHeight w:val="397" w:hRule="atLeast"/>
          <w:cantSplit/>
        </w:trPr>
        <w:tc>
          <w:tcPr>
            <w:tcW w:type="dxa" w:w="10205"/>
            <w:gridSpan w:val="4"/>
            <w:vAlign w:val="center"/>
            <w:shd w:val="clear" w:color="auto" w:fill="BFBFBF"/>
          </w:tcPr>
          <w:p>
            <w:r/>
            <w:r>
              <w:rPr>
                <w:b w:val="0"/>
                <w:u w:val="none"/>
              </w:rPr>
              <w:t>Clutter Image Rating scores</w:t>
            </w:r>
          </w:p>
        </w:tc>
      </w:tr>
      <w:tr>
        <w:trPr>
          <w:trHeight w:val="680" w:hRule="atLeast"/>
          <w:cantSplit/>
        </w:trPr>
        <w:tc>
          <w:tcPr>
            <w:tcW w:type="dxa" w:w="10205"/>
            <w:gridSpan w:val="4"/>
            <w:vAlign w:val="center"/>
            <w:shd w:val="clear" w:color="auto" w:fill="B6D6E9"/>
          </w:tcPr>
          <w:p>
            <w:r/>
            <w:r>
              <w:rPr>
                <w:b w:val="0"/>
                <w:u w:val="none"/>
              </w:rPr>
              <w:t>List each room in the property and record its Clutter Image Rating score, together with a brief comment on its condition.</w:t>
            </w:r>
          </w:p>
          <w:p>
            <w:r>
              <w:rPr>
                <w:b w:val="0"/>
                <w:u w:val="none"/>
              </w:rPr>
              <w:t xml:space="preserve">*Please refer to the Clutter Image Rating guide available on this website: </w:t>
            </w:r>
            <w:hyperlink r:id="rId12">
              <w:r>
                <w:rPr>
                  <w:color w:val="0563C1"/>
                  <w:u w:val="single"/>
                </w:rPr>
                <w:t xml:space="preserve">(bristolsafeguarding.org)</w:t>
              </w:r>
            </w:hyperlink>
          </w:p>
        </w:tc>
      </w:tr>
      <w:tr>
        <w:trPr>
          <w:trHeight w:val="397" w:hRule="atLeast"/>
          <w:cantSplit/>
        </w:trPr>
        <w:tc>
          <w:tcPr>
            <w:tcW w:type="dxa" w:w="1417"/>
            <w:vAlign w:val="center"/>
          </w:tcPr>
          <w:p>
            <w:r/>
            <w:r>
              <w:rPr>
                <w:b w:val="0"/>
                <w:u w:val="none"/>
              </w:rPr>
              <w:t>Room</w:t>
            </w:r>
          </w:p>
        </w:tc>
        <w:tc>
          <w:tcPr>
            <w:tcW w:type="dxa" w:w="2778"/>
            <w:vAlign w:val="center"/>
          </w:tcPr>
          <w:p>
            <w:r/>
            <w:r>
              <w:rPr>
                <w:b w:val="0"/>
                <w:u w:val="none"/>
              </w:rPr>
              <w:t>CIRs Number and comments</w:t>
            </w:r>
          </w:p>
        </w:tc>
        <w:tc>
          <w:tcPr>
            <w:tcW w:type="dxa" w:w="1304"/>
            <w:vAlign w:val="center"/>
          </w:tcPr>
          <w:p>
            <w:r/>
            <w:r>
              <w:rPr>
                <w:b w:val="0"/>
                <w:u w:val="none"/>
              </w:rPr>
              <w:t>Room</w:t>
            </w:r>
          </w:p>
        </w:tc>
        <w:tc>
          <w:tcPr>
            <w:tcW w:type="dxa" w:w="4706"/>
            <w:vAlign w:val="center"/>
          </w:tcPr>
          <w:p>
            <w:r/>
            <w:r>
              <w:rPr>
                <w:b w:val="0"/>
                <w:u w:val="none"/>
              </w:rPr>
              <w:t>CIRs Number and comments</w:t>
            </w:r>
          </w:p>
        </w:tc>
      </w:tr>
      <w:tr>
        <w:trPr>
          <w:trHeight w:val="397" w:hRule="atLeast"/>
          <w:cantSplit/>
        </w:trPr>
        <w:tc>
          <w:tcPr>
            <w:tcW w:type="dxa" w:w="1417"/>
            <w:vAlign w:val="center"/>
          </w:tcPr>
          <w:p>
            <w:r/>
            <w:r>
              <w:rPr>
                <w:rFonts w:ascii="Calibri" w:hAnsi="Calibri"/>
                <w:b w:val="0"/>
                <w:u w:val="none"/>
              </w:rPr>
              <w:t>Front Door</w:t>
            </w:r>
          </w:p>
        </w:tc>
        <w:tc>
          <w:tcPr>
            <w:tcW w:type="dxa" w:w="2778"/>
            <w:vAlign w:val="center"/>
          </w:tcPr>
          <w:p/>
        </w:tc>
        <w:tc>
          <w:tcPr>
            <w:tcW w:type="dxa" w:w="1304"/>
            <w:vAlign w:val="center"/>
          </w:tcPr>
          <w:p>
            <w:r/>
            <w:r>
              <w:rPr>
                <w:rFonts w:ascii="Calibri" w:hAnsi="Calibri"/>
                <w:b w:val="0"/>
                <w:u w:val="none"/>
              </w:rPr>
              <w:t>Kitchen</w:t>
            </w:r>
          </w:p>
        </w:tc>
        <w:tc>
          <w:tcPr>
            <w:tcW w:type="dxa" w:w="4706"/>
            <w:vAlign w:val="center"/>
          </w:tcPr>
          <w:p/>
        </w:tc>
      </w:tr>
      <w:tr>
        <w:trPr>
          <w:trHeight w:val="397" w:hRule="atLeast"/>
          <w:cantSplit/>
        </w:trPr>
        <w:tc>
          <w:tcPr>
            <w:tcW w:type="dxa" w:w="1417"/>
            <w:vAlign w:val="center"/>
          </w:tcPr>
          <w:p>
            <w:r/>
            <w:r>
              <w:rPr>
                <w:rFonts w:ascii="Calibri" w:hAnsi="Calibri"/>
                <w:b w:val="0"/>
                <w:u w:val="none"/>
              </w:rPr>
              <w:t>Hallway</w:t>
            </w:r>
          </w:p>
        </w:tc>
        <w:tc>
          <w:tcPr>
            <w:tcW w:type="dxa" w:w="2778"/>
            <w:vAlign w:val="center"/>
          </w:tcPr>
          <w:p/>
        </w:tc>
        <w:tc>
          <w:tcPr>
            <w:tcW w:type="dxa" w:w="1304"/>
            <w:vAlign w:val="center"/>
          </w:tcPr>
          <w:p>
            <w:r/>
            <w:r>
              <w:rPr>
                <w:rFonts w:ascii="Calibri" w:hAnsi="Calibri"/>
                <w:b w:val="0"/>
                <w:u w:val="none"/>
              </w:rPr>
              <w:t>Stairs</w:t>
            </w:r>
          </w:p>
        </w:tc>
        <w:tc>
          <w:tcPr>
            <w:tcW w:type="dxa" w:w="4706"/>
            <w:vAlign w:val="center"/>
          </w:tcPr>
          <w:p/>
        </w:tc>
      </w:tr>
      <w:tr>
        <w:trPr>
          <w:trHeight w:val="397" w:hRule="atLeast"/>
          <w:cantSplit/>
        </w:trPr>
        <w:tc>
          <w:tcPr>
            <w:tcW w:type="dxa" w:w="1417"/>
            <w:vAlign w:val="center"/>
          </w:tcPr>
          <w:p>
            <w:r/>
            <w:r>
              <w:rPr>
                <w:rFonts w:ascii="Calibri" w:hAnsi="Calibri"/>
                <w:b w:val="0"/>
                <w:u w:val="none"/>
              </w:rPr>
              <w:t>Living Room</w:t>
            </w:r>
          </w:p>
        </w:tc>
        <w:tc>
          <w:tcPr>
            <w:tcW w:type="dxa" w:w="2778"/>
            <w:vAlign w:val="center"/>
          </w:tcPr>
          <w:p/>
        </w:tc>
        <w:tc>
          <w:tcPr>
            <w:tcW w:type="dxa" w:w="1304"/>
            <w:vAlign w:val="center"/>
          </w:tcPr>
          <w:p>
            <w:r/>
            <w:r>
              <w:rPr>
                <w:rFonts w:ascii="Calibri" w:hAnsi="Calibri"/>
                <w:b w:val="0"/>
                <w:u w:val="none"/>
              </w:rPr>
              <w:t>Bathroom</w:t>
            </w:r>
          </w:p>
        </w:tc>
        <w:tc>
          <w:tcPr>
            <w:tcW w:type="dxa" w:w="4706"/>
            <w:vAlign w:val="center"/>
          </w:tcPr>
          <w:p/>
        </w:tc>
      </w:tr>
      <w:tr>
        <w:trPr>
          <w:trHeight w:val="397" w:hRule="atLeast"/>
          <w:cantSplit/>
        </w:trPr>
        <w:tc>
          <w:tcPr>
            <w:tcW w:type="dxa" w:w="1417"/>
            <w:vAlign w:val="center"/>
          </w:tcPr>
          <w:p>
            <w:r/>
            <w:r>
              <w:rPr>
                <w:rFonts w:ascii="Calibri" w:hAnsi="Calibri"/>
                <w:b w:val="0"/>
                <w:u w:val="none"/>
              </w:rPr>
              <w:t>Dining Room</w:t>
            </w:r>
          </w:p>
        </w:tc>
        <w:tc>
          <w:tcPr>
            <w:tcW w:type="dxa" w:w="2778"/>
            <w:vAlign w:val="center"/>
          </w:tcPr>
          <w:p/>
        </w:tc>
        <w:tc>
          <w:tcPr>
            <w:tcW w:type="dxa" w:w="1304"/>
            <w:vAlign w:val="center"/>
          </w:tcPr>
          <w:p>
            <w:r/>
            <w:r>
              <w:rPr>
                <w:rFonts w:ascii="Calibri" w:hAnsi="Calibri"/>
                <w:b w:val="0"/>
                <w:u w:val="none"/>
              </w:rPr>
              <w:t>Bedroom 1</w:t>
            </w:r>
          </w:p>
        </w:tc>
        <w:tc>
          <w:tcPr>
            <w:tcW w:type="dxa" w:w="4706"/>
            <w:vAlign w:val="center"/>
          </w:tcPr>
          <w:p/>
        </w:tc>
      </w:tr>
      <w:tr>
        <w:trPr>
          <w:trHeight w:val="397" w:hRule="atLeast"/>
          <w:cantSplit/>
        </w:trPr>
        <w:tc>
          <w:tcPr>
            <w:tcW w:type="dxa" w:w="1417"/>
            <w:vAlign w:val="center"/>
          </w:tcPr>
          <w:p>
            <w:r/>
            <w:r>
              <w:rPr>
                <w:rFonts w:ascii="Calibri" w:hAnsi="Calibri"/>
                <w:b w:val="0"/>
                <w:u w:val="none"/>
              </w:rPr>
              <w:t>Garage</w:t>
            </w:r>
          </w:p>
        </w:tc>
        <w:tc>
          <w:tcPr>
            <w:tcW w:type="dxa" w:w="2778"/>
            <w:vAlign w:val="center"/>
          </w:tcPr>
          <w:p/>
        </w:tc>
        <w:tc>
          <w:tcPr>
            <w:tcW w:type="dxa" w:w="1304"/>
            <w:vAlign w:val="center"/>
          </w:tcPr>
          <w:p>
            <w:r/>
            <w:r>
              <w:rPr>
                <w:rFonts w:ascii="Calibri" w:hAnsi="Calibri"/>
                <w:b w:val="0"/>
                <w:u w:val="none"/>
              </w:rPr>
              <w:t>Bedroom 2</w:t>
            </w:r>
          </w:p>
        </w:tc>
        <w:tc>
          <w:tcPr>
            <w:tcW w:type="dxa" w:w="4706"/>
            <w:vAlign w:val="center"/>
          </w:tcPr>
          <w:p/>
        </w:tc>
      </w:tr>
      <w:tr>
        <w:trPr>
          <w:trHeight w:val="397" w:hRule="atLeast"/>
          <w:cantSplit/>
        </w:trPr>
        <w:tc>
          <w:tcPr>
            <w:tcW w:type="dxa" w:w="1417"/>
            <w:vAlign w:val="center"/>
          </w:tcPr>
          <w:p>
            <w:r/>
            <w:r>
              <w:rPr>
                <w:rFonts w:ascii="Calibri" w:hAnsi="Calibri"/>
                <w:b w:val="0"/>
                <w:u w:val="none"/>
              </w:rPr>
              <w:t>Loft / Attic</w:t>
            </w:r>
          </w:p>
        </w:tc>
        <w:tc>
          <w:tcPr>
            <w:tcW w:type="dxa" w:w="2778"/>
            <w:vAlign w:val="center"/>
          </w:tcPr>
          <w:p/>
        </w:tc>
        <w:tc>
          <w:tcPr>
            <w:tcW w:type="dxa" w:w="1304"/>
            <w:vAlign w:val="center"/>
          </w:tcPr>
          <w:p>
            <w:r/>
            <w:r>
              <w:rPr>
                <w:rFonts w:ascii="Calibri" w:hAnsi="Calibri"/>
                <w:b w:val="0"/>
                <w:u w:val="none"/>
              </w:rPr>
              <w:t>Bedroom 3</w:t>
            </w:r>
          </w:p>
        </w:tc>
        <w:tc>
          <w:tcPr>
            <w:tcW w:type="dxa" w:w="4706"/>
            <w:vAlign w:val="center"/>
          </w:tcPr>
          <w:p/>
        </w:tc>
      </w:tr>
    </w:tbl>
    <w:p>
      <w:pPr>
        <w:spacing w:line="20" w:lineRule="exact"/>
      </w:pPr>
      <w:r>
        <w:rPr>
          <w:sz w:val="2"/>
        </w:rPr>
      </w:r>
    </w:p>
    <w:p>
      <w:pPr>
        <w:spacing w:line="20" w:lineRule="exact"/>
      </w:pPr>
      <w:r>
        <w:br w:type="page"/>
      </w: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90" w:type="dxa"/>
          <w:bottom w:w="50" w:type="dxa"/>
          <w:right w:w="90" w:type="dxa"/>
        </w:tblCellMar>
      </w:tblPr>
      <w:tblGrid>
        <w:gridCol w:w="3600"/>
        <w:gridCol w:w="822"/>
        <w:gridCol w:w="5783"/>
      </w:tblGrid>
      <w:tr>
        <w:trPr>
          <w:trHeight w:val="482" w:hRule="atLeast"/>
          <w:cantSplit/>
        </w:trPr>
        <w:tc>
          <w:tcPr>
            <w:tcW w:type="dxa" w:w="10205"/>
            <w:gridSpan w:val="3"/>
            <w:vAlign w:val="center"/>
            <w:shd w:val="clear" w:color="auto" w:fill="BFBFBF"/>
          </w:tcPr>
          <w:p>
            <w:r/>
            <w:r>
              <w:rPr>
                <w:b w:val="0"/>
                <w:u w:val="none"/>
              </w:rPr>
              <w:t>Activities of daily living</w:t>
            </w:r>
          </w:p>
        </w:tc>
      </w:tr>
      <w:tr>
        <w:trPr>
          <w:cantSplit/>
        </w:trPr>
        <w:tc>
          <w:tcPr>
            <w:tcW w:type="dxa" w:w="10205"/>
            <w:gridSpan w:val="3"/>
            <w:vAlign w:val="center"/>
            <w:shd w:val="clear" w:color="auto" w:fill="B6D6E9"/>
          </w:tcPr>
          <w:p>
            <w:r/>
            <w:r>
              <w:rPr>
                <w:b w:val="0"/>
                <w:u w:val="none"/>
              </w:rPr>
              <w:t>Please indicate to what extent clutter interferes with the client’s ability to do the following:</w:t>
            </w:r>
          </w:p>
          <w:p>
            <w:r>
              <w:rPr>
                <w:b w:val="0"/>
                <w:u w:val="none"/>
              </w:rPr>
              <w:t>For each activity, enter the score that best describes how clutter affects the client:</w:t>
            </w:r>
          </w:p>
          <w:p>
            <w:r>
              <w:rPr>
                <w:b w:val="0"/>
                <w:u w:val="none"/>
              </w:rPr>
              <w:t>0 = not applicable; 1 = able to do independently; 2 = able to do with difficulty; 3 = unable to do.</w:t>
            </w:r>
          </w:p>
          <w:p>
            <w:r>
              <w:rPr>
                <w:b w:val="0"/>
                <w:u w:val="none"/>
              </w:rPr>
              <w:t>Add a brief comment where it would help explain the score.</w:t>
            </w:r>
          </w:p>
        </w:tc>
      </w:tr>
      <w:tr>
        <w:trPr>
          <w:trHeight w:val="482" w:hRule="atLeast"/>
          <w:cantSplit/>
        </w:trPr>
        <w:tc>
          <w:tcPr>
            <w:tcW w:type="dxa" w:w="3600"/>
            <w:vAlign w:val="center"/>
          </w:tcPr>
          <w:p>
            <w:r/>
            <w:r>
              <w:rPr>
                <w:b/>
                <w:u w:val="none"/>
              </w:rPr>
              <w:t>Activity</w:t>
            </w:r>
          </w:p>
        </w:tc>
        <w:tc>
          <w:tcPr>
            <w:tcW w:type="dxa" w:w="822"/>
            <w:vAlign w:val="center"/>
          </w:tcPr>
          <w:p>
            <w:pPr>
              <w:jc w:val="center"/>
            </w:pPr>
            <w:r/>
            <w:r>
              <w:rPr>
                <w:b/>
                <w:u w:val="none"/>
              </w:rPr>
              <w:t>0/1/2/3</w:t>
            </w:r>
          </w:p>
        </w:tc>
        <w:tc>
          <w:tcPr>
            <w:tcW w:type="dxa" w:w="5783"/>
            <w:vAlign w:val="center"/>
          </w:tcPr>
          <w:p>
            <w:pPr>
              <w:jc w:val="center"/>
            </w:pPr>
            <w:r/>
            <w:r>
              <w:rPr>
                <w:b/>
                <w:u w:val="none"/>
              </w:rPr>
              <w:t>Comments</w:t>
            </w:r>
          </w:p>
        </w:tc>
      </w:tr>
      <w:tr>
        <w:trPr>
          <w:trHeight w:val="408" w:hRule="atLeast"/>
          <w:cantSplit/>
        </w:trPr>
        <w:tc>
          <w:tcPr>
            <w:tcW w:type="dxa" w:w="3600"/>
            <w:vAlign w:val="center"/>
          </w:tcPr>
          <w:p>
            <w:r/>
            <w:r>
              <w:rPr>
                <w:b w:val="0"/>
                <w:u w:val="none"/>
              </w:rPr>
              <w:t>Prepare food</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Use refrigerator</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Use stove</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Use Kitchen Sink</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Eat at table</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Move around inside the house</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Exit home quickly</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Access Toilet</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Access bath / shower</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Access bathroom sink</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Answer door quickly</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Sit in Sofa / Chairs</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Sleep in bed</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Clean the house</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Do Laundry</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Find Important things (e.g., bills)</w:t>
            </w:r>
          </w:p>
        </w:tc>
        <w:tc>
          <w:tcPr>
            <w:tcW w:type="dxa" w:w="822"/>
            <w:vAlign w:val="center"/>
          </w:tcPr>
          <w:p/>
        </w:tc>
        <w:tc>
          <w:tcPr>
            <w:tcW w:type="dxa" w:w="5783"/>
            <w:vAlign w:val="center"/>
          </w:tcPr>
          <w:p/>
        </w:tc>
      </w:tr>
      <w:tr>
        <w:trPr>
          <w:trHeight w:val="408" w:hRule="atLeast"/>
          <w:cantSplit/>
        </w:trPr>
        <w:tc>
          <w:tcPr>
            <w:tcW w:type="dxa" w:w="3600"/>
            <w:vAlign w:val="center"/>
          </w:tcPr>
          <w:p>
            <w:r/>
            <w:r>
              <w:rPr>
                <w:b w:val="0"/>
                <w:u w:val="none"/>
              </w:rPr>
              <w:t>Leisure activities/hobbies</w:t>
            </w:r>
          </w:p>
        </w:tc>
        <w:tc>
          <w:tcPr>
            <w:tcW w:type="dxa" w:w="822"/>
            <w:vAlign w:val="center"/>
          </w:tcPr>
          <w:p/>
        </w:tc>
        <w:tc>
          <w:tcPr>
            <w:tcW w:type="dxa" w:w="5783"/>
            <w:vAlign w:val="center"/>
          </w:tcPr>
          <w:p/>
        </w:tc>
      </w:tr>
    </w:tbl>
    <w:p>
      <w:pPr>
        <w:spacing w:line="160" w:lineRule="exact"/>
      </w:pPr>
      <w:r>
        <w:rPr>
          <w:sz w:val="16"/>
        </w:rPr>
      </w: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90" w:type="dxa"/>
          <w:bottom w:w="50" w:type="dxa"/>
          <w:right w:w="90" w:type="dxa"/>
        </w:tblCellMar>
      </w:tblPr>
      <w:tblGrid>
        <w:gridCol w:w="6350"/>
        <w:gridCol w:w="964"/>
        <w:gridCol w:w="964"/>
        <w:gridCol w:w="964"/>
        <w:gridCol w:w="964"/>
      </w:tblGrid>
      <w:tr>
        <w:trPr>
          <w:trHeight w:val="397" w:hRule="atLeast"/>
          <w:cantSplit/>
        </w:trPr>
        <w:tc>
          <w:tcPr>
            <w:tcW w:type="dxa" w:w="10206"/>
            <w:gridSpan w:val="5"/>
            <w:vAlign w:val="center"/>
            <w:shd w:val="clear" w:color="auto" w:fill="BFBFBF"/>
          </w:tcPr>
          <w:p>
            <w:r/>
            <w:r>
              <w:rPr>
                <w:b w:val="0"/>
                <w:u w:val="none"/>
              </w:rPr>
              <w:t>Client’s Goals and Reasons for this referral for an assessment.</w:t>
            </w:r>
          </w:p>
        </w:tc>
      </w:tr>
      <w:tr>
        <w:trPr>
          <w:trHeight w:val="510" w:hRule="atLeast"/>
          <w:cantSplit/>
        </w:trPr>
        <w:tc>
          <w:tcPr>
            <w:tcW w:type="dxa" w:w="10206"/>
            <w:gridSpan w:val="5"/>
            <w:vAlign w:val="center"/>
            <w:shd w:val="clear" w:color="auto" w:fill="B6D6E9"/>
          </w:tcPr>
          <w:p>
            <w:r/>
            <w:r>
              <w:rPr>
                <w:b w:val="0"/>
                <w:u w:val="none"/>
              </w:rPr>
              <w:t>What would the client like to achieve through this referral? If you are completing the form on the client’s behalf, include your own priorities only where they differ, and list all goals in order of importance.</w:t>
            </w:r>
          </w:p>
        </w:tc>
      </w:tr>
      <w:tr>
        <w:trPr>
          <w:trHeight w:val="794" w:hRule="atLeast"/>
          <w:cantSplit/>
        </w:trPr>
        <w:tc>
          <w:tcPr>
            <w:tcW w:type="dxa" w:w="10206"/>
            <w:gridSpan w:val="5"/>
            <w:vAlign w:val="top"/>
          </w:tcPr>
          <w:p>
            <w:r/>
            <w:r>
              <w:rPr>
                <w:b w:val="0"/>
                <w:u w:val="none"/>
              </w:rPr>
              <w:t>1.</w:t>
            </w:r>
          </w:p>
          <w:p>
            <w:r>
              <w:rPr>
                <w:b w:val="0"/>
                <w:u w:val="none"/>
              </w:rPr>
              <w:t>2.</w:t>
            </w:r>
          </w:p>
          <w:p>
            <w:r>
              <w:rPr>
                <w:b w:val="0"/>
                <w:u w:val="none"/>
              </w:rPr>
              <w:t>3.</w:t>
            </w:r>
          </w:p>
        </w:tc>
      </w:tr>
      <w:tr>
        <w:trPr>
          <w:trHeight w:val="369" w:hRule="atLeast"/>
          <w:cantSplit/>
        </w:trPr>
        <w:tc>
          <w:tcPr>
            <w:tcW w:type="dxa" w:w="6350"/>
            <w:vAlign w:val="center"/>
            <w:shd w:val="clear" w:color="auto" w:fill="B6D6E9"/>
          </w:tcPr>
          <w:p>
            <w:r/>
            <w:r>
              <w:rPr>
                <w:b w:val="0"/>
                <w:u w:val="none"/>
              </w:rPr>
              <w:t>Have you discussed these with your client?</w:t>
            </w:r>
          </w:p>
        </w:tc>
        <w:tc>
          <w:tcPr>
            <w:tcW w:type="dxa" w:w="964"/>
            <w:vAlign w:val="center"/>
            <w:shd w:val="clear" w:color="auto" w:fill="B6D6E9"/>
          </w:tcPr>
          <w:p>
            <w:r/>
            <w:r>
              <w:rPr>
                <w:b w:val="0"/>
                <w:u w:val="none"/>
              </w:rPr>
              <w:t>Yes</w:t>
            </w:r>
          </w:p>
        </w:tc>
        <w:tc>
          <w:tcPr>
            <w:tcW w:type="dxa" w:w="964"/>
            <w:vAlign w:val="center"/>
          </w:tcPr>
          <w:p/>
        </w:tc>
        <w:tc>
          <w:tcPr>
            <w:tcW w:type="dxa" w:w="964"/>
            <w:vAlign w:val="center"/>
            <w:shd w:val="clear" w:color="auto" w:fill="B6D6E9"/>
          </w:tcPr>
          <w:p>
            <w:r/>
            <w:r>
              <w:rPr>
                <w:b w:val="0"/>
                <w:u w:val="none"/>
              </w:rPr>
              <w:t>No</w:t>
            </w:r>
          </w:p>
        </w:tc>
        <w:tc>
          <w:tcPr>
            <w:tcW w:type="dxa" w:w="964"/>
            <w:vAlign w:val="center"/>
          </w:tcPr>
          <w:p/>
        </w:tc>
      </w:tr>
      <w:tr>
        <w:trPr>
          <w:trHeight w:val="369" w:hRule="atLeast"/>
          <w:cantSplit/>
        </w:trPr>
        <w:tc>
          <w:tcPr>
            <w:tcW w:type="dxa" w:w="10206"/>
            <w:gridSpan w:val="5"/>
            <w:vAlign w:val="center"/>
            <w:shd w:val="clear" w:color="auto" w:fill="B6D6E9"/>
          </w:tcPr>
          <w:p>
            <w:r/>
            <w:r>
              <w:rPr>
                <w:b w:val="0"/>
                <w:u w:val="none"/>
              </w:rPr>
              <w:t>If “No,” please give further details below:</w:t>
            </w:r>
          </w:p>
        </w:tc>
      </w:tr>
      <w:tr>
        <w:trPr>
          <w:trHeight w:val="1077" w:hRule="atLeast"/>
          <w:cantSplit/>
        </w:trPr>
        <w:tc>
          <w:tcPr>
            <w:tcW w:type="dxa" w:w="10206"/>
            <w:gridSpan w:val="5"/>
            <w:vAlign w:val="center"/>
          </w:tcPr>
          <w:p/>
        </w:tc>
      </w:tr>
    </w:tbl>
    <w:p>
      <w:pPr>
        <w:spacing w:line="20" w:lineRule="exact"/>
      </w:pPr>
      <w:r>
        <w:rPr>
          <w:sz w:val="2"/>
        </w:rPr>
      </w:r>
    </w:p>
    <w:sectPr w:rsidR="00FC693F" w:rsidRPr="0006063C" w:rsidSect="00034616">
      <w:headerReference w:type="default" r:id="rId9"/>
      <w:footerReference w:type="default" r:id="rId10"/>
      <w:pgSz w:w="11906" w:h="16838"/>
      <w:pgMar w:top="1928" w:right="850" w:bottom="907" w:left="85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655999" cy="68206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655999" cy="68206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Cambria" w:hAnsi="Cambria" w:eastAsia="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making.space@wecr.org.uk" TargetMode="External"/><Relationship Id="rId12" Type="http://schemas.openxmlformats.org/officeDocument/2006/relationships/hyperlink" Target="https://bristolsafeguarding.org/media/bmfjka3r/cirs-clutter-rating-leaflet-trifold-pdf-1-8-mb.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Making Space Referral form</dc:title>
  <dc:subject/>
  <dc:creator>We Care Home Improvements</dc:creator>
  <cp:keywords/>
  <dc:description/>
  <cp:lastModifiedBy>We Care Home Improvements</cp:lastModifiedBy>
  <cp:revision>1</cp:revision>
  <dcterms:created xsi:type="dcterms:W3CDTF">2026-10-16T12:00:00Z</dcterms:created>
  <dcterms:modified xsi:type="dcterms:W3CDTF">2026-10-16T12:00:00Z</dcterms:modified>
  <cp:category/>
</cp:coreProperties>
</file>